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B7A" w:rsidRPr="00675E84" w:rsidRDefault="00EF1A0F" w:rsidP="00B47A9B">
      <w:pPr>
        <w:spacing w:after="80"/>
        <w:rPr>
          <w:rFonts w:cs="Arial"/>
          <w:color w:val="auto"/>
          <w:sz w:val="20"/>
          <w:szCs w:val="20"/>
        </w:rPr>
      </w:pPr>
      <w:r w:rsidRPr="00675E84">
        <w:rPr>
          <w:rFonts w:cs="Arial"/>
          <w:color w:val="auto"/>
          <w:sz w:val="20"/>
          <w:szCs w:val="20"/>
        </w:rPr>
        <w:t xml:space="preserve">SLOVENSKA KARITAS, </w:t>
      </w:r>
      <w:proofErr w:type="spellStart"/>
      <w:r w:rsidRPr="00675E84">
        <w:rPr>
          <w:rFonts w:cs="Arial"/>
          <w:color w:val="auto"/>
          <w:sz w:val="20"/>
          <w:szCs w:val="20"/>
        </w:rPr>
        <w:t>Kristanova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ulica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1, 1000 Ljubljana</w:t>
      </w:r>
      <w:r w:rsidR="00B47A9B" w:rsidRPr="00675E84">
        <w:rPr>
          <w:rFonts w:cs="Arial"/>
          <w:color w:val="auto"/>
          <w:sz w:val="20"/>
          <w:szCs w:val="20"/>
        </w:rPr>
        <w:t xml:space="preserve">   |  </w:t>
      </w:r>
      <w:r w:rsidRPr="00675E84">
        <w:rPr>
          <w:rFonts w:cs="Arial"/>
          <w:color w:val="auto"/>
          <w:sz w:val="20"/>
          <w:szCs w:val="20"/>
        </w:rPr>
        <w:t>T: 01/300 59 60  |  E-</w:t>
      </w:r>
      <w:proofErr w:type="spellStart"/>
      <w:r w:rsidRPr="00675E84">
        <w:rPr>
          <w:rFonts w:cs="Arial"/>
          <w:color w:val="auto"/>
          <w:sz w:val="20"/>
          <w:szCs w:val="20"/>
        </w:rPr>
        <w:t>pošta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: </w:t>
      </w:r>
      <w:hyperlink r:id="rId6" w:history="1">
        <w:r w:rsidR="00B47A9B" w:rsidRPr="00675E84">
          <w:rPr>
            <w:rStyle w:val="Hiperpovezava"/>
            <w:rFonts w:cs="Arial"/>
            <w:sz w:val="20"/>
            <w:szCs w:val="20"/>
          </w:rPr>
          <w:t>info@karitas.si</w:t>
        </w:r>
      </w:hyperlink>
    </w:p>
    <w:p w:rsidR="00B47A9B" w:rsidRPr="00675E84" w:rsidRDefault="00B47A9B">
      <w:pPr>
        <w:spacing w:after="80"/>
        <w:jc w:val="center"/>
        <w:rPr>
          <w:rFonts w:cs="Arial"/>
          <w:b/>
          <w:color w:val="auto"/>
          <w:sz w:val="20"/>
          <w:szCs w:val="20"/>
        </w:rPr>
      </w:pPr>
    </w:p>
    <w:p w:rsidR="00133B7A" w:rsidRPr="00675E84" w:rsidRDefault="00EF1A0F">
      <w:pPr>
        <w:spacing w:after="80"/>
        <w:jc w:val="center"/>
        <w:rPr>
          <w:rFonts w:cs="Arial"/>
          <w:color w:val="auto"/>
          <w:sz w:val="22"/>
          <w:szCs w:val="20"/>
        </w:rPr>
      </w:pPr>
      <w:r w:rsidRPr="00675E84">
        <w:rPr>
          <w:rFonts w:cs="Arial"/>
          <w:b/>
          <w:color w:val="auto"/>
          <w:sz w:val="22"/>
          <w:szCs w:val="20"/>
        </w:rPr>
        <w:t>POOBLASTILO ZA MESEČNI PROSTOVOLJNI PRISPEVEK</w:t>
      </w:r>
    </w:p>
    <w:p w:rsidR="00133B7A" w:rsidRPr="00FB3C8B" w:rsidRDefault="00EF1A0F">
      <w:pPr>
        <w:spacing w:after="280"/>
        <w:jc w:val="center"/>
        <w:rPr>
          <w:rFonts w:cs="Arial"/>
          <w:b/>
          <w:color w:val="auto"/>
          <w:sz w:val="22"/>
          <w:szCs w:val="20"/>
        </w:rPr>
      </w:pPr>
      <w:proofErr w:type="spellStart"/>
      <w:r w:rsidRPr="00675E84">
        <w:rPr>
          <w:rFonts w:cs="Arial"/>
          <w:i/>
          <w:color w:val="auto"/>
          <w:sz w:val="22"/>
          <w:szCs w:val="20"/>
        </w:rPr>
        <w:t>Akcija</w:t>
      </w:r>
      <w:proofErr w:type="spellEnd"/>
      <w:r w:rsidRPr="00675E84">
        <w:rPr>
          <w:rFonts w:cs="Arial"/>
          <w:i/>
          <w:color w:val="auto"/>
          <w:sz w:val="22"/>
          <w:szCs w:val="20"/>
        </w:rPr>
        <w:t xml:space="preserve">: </w:t>
      </w:r>
      <w:r w:rsidR="00FB3C8B" w:rsidRPr="00FB3C8B">
        <w:rPr>
          <w:rFonts w:cs="Arial"/>
          <w:b/>
          <w:i/>
          <w:color w:val="auto"/>
          <w:sz w:val="22"/>
          <w:szCs w:val="20"/>
        </w:rPr>
        <w:t xml:space="preserve">Z </w:t>
      </w:r>
      <w:proofErr w:type="spellStart"/>
      <w:r w:rsidR="00FB3C8B" w:rsidRPr="00FB3C8B">
        <w:rPr>
          <w:rFonts w:cs="Arial"/>
          <w:b/>
          <w:i/>
          <w:color w:val="auto"/>
          <w:sz w:val="22"/>
          <w:szCs w:val="20"/>
        </w:rPr>
        <w:t>delom</w:t>
      </w:r>
      <w:proofErr w:type="spellEnd"/>
      <w:r w:rsidR="00FB3C8B" w:rsidRPr="00FB3C8B">
        <w:rPr>
          <w:rFonts w:cs="Arial"/>
          <w:b/>
          <w:i/>
          <w:color w:val="auto"/>
          <w:sz w:val="22"/>
          <w:szCs w:val="20"/>
        </w:rPr>
        <w:t xml:space="preserve"> do </w:t>
      </w:r>
      <w:proofErr w:type="spellStart"/>
      <w:r w:rsidR="00FB3C8B" w:rsidRPr="00FB3C8B">
        <w:rPr>
          <w:rFonts w:cs="Arial"/>
          <w:b/>
          <w:i/>
          <w:color w:val="auto"/>
          <w:sz w:val="22"/>
          <w:szCs w:val="20"/>
        </w:rPr>
        <w:t>dostojnega</w:t>
      </w:r>
      <w:proofErr w:type="spellEnd"/>
      <w:r w:rsidR="00FB3C8B" w:rsidRPr="00FB3C8B">
        <w:rPr>
          <w:rFonts w:cs="Arial"/>
          <w:b/>
          <w:i/>
          <w:color w:val="auto"/>
          <w:sz w:val="22"/>
          <w:szCs w:val="20"/>
        </w:rPr>
        <w:t xml:space="preserve"> </w:t>
      </w:r>
      <w:proofErr w:type="spellStart"/>
      <w:r w:rsidR="00FB3C8B" w:rsidRPr="00FB3C8B">
        <w:rPr>
          <w:rFonts w:cs="Arial"/>
          <w:b/>
          <w:i/>
          <w:color w:val="auto"/>
          <w:sz w:val="22"/>
          <w:szCs w:val="20"/>
        </w:rPr>
        <w:t>življenja</w:t>
      </w:r>
      <w:proofErr w:type="spellEnd"/>
      <w:r w:rsidR="00FB3C8B" w:rsidRPr="00FB3C8B">
        <w:rPr>
          <w:rFonts w:cs="Arial"/>
          <w:b/>
          <w:i/>
          <w:color w:val="auto"/>
          <w:sz w:val="22"/>
          <w:szCs w:val="20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05"/>
      </w:tblGrid>
      <w:tr w:rsidR="00B47A9B" w:rsidRPr="00675E84">
        <w:trPr>
          <w:jc w:val="center"/>
        </w:trPr>
        <w:tc>
          <w:tcPr>
            <w:tcW w:w="9605" w:type="dxa"/>
            <w:tcBorders>
              <w:left w:val="single" w:sz="12" w:space="0" w:color="A8201A"/>
            </w:tcBorders>
            <w:shd w:val="clear" w:color="auto" w:fill="F2F2F2"/>
            <w:tcMar>
              <w:top w:w="140" w:type="dxa"/>
              <w:left w:w="180" w:type="dxa"/>
              <w:bottom w:w="140" w:type="dxa"/>
              <w:right w:w="180" w:type="dxa"/>
            </w:tcMar>
          </w:tcPr>
          <w:p w:rsidR="00675E84" w:rsidRPr="00675E84" w:rsidRDefault="00EF1A0F" w:rsidP="00675E84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675E84">
              <w:rPr>
                <w:rFonts w:cs="Arial"/>
                <w:color w:val="auto"/>
                <w:sz w:val="20"/>
                <w:szCs w:val="20"/>
              </w:rPr>
              <w:t>Iskrena</w:t>
            </w:r>
            <w:proofErr w:type="spellEnd"/>
            <w:r w:rsidR="00675E84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75E84" w:rsidRPr="00675E84">
              <w:rPr>
                <w:rFonts w:cs="Arial"/>
                <w:color w:val="auto"/>
                <w:sz w:val="20"/>
                <w:szCs w:val="20"/>
              </w:rPr>
              <w:t>hvala</w:t>
            </w:r>
            <w:proofErr w:type="spellEnd"/>
            <w:r w:rsidR="00675E84" w:rsidRPr="00675E84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75E84" w:rsidRPr="00675E84">
              <w:rPr>
                <w:rFonts w:cs="Arial"/>
                <w:color w:val="auto"/>
                <w:sz w:val="20"/>
                <w:szCs w:val="20"/>
              </w:rPr>
              <w:t>za</w:t>
            </w:r>
            <w:proofErr w:type="spellEnd"/>
            <w:r w:rsidR="00675E84" w:rsidRPr="00675E84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75E84" w:rsidRPr="00675E84">
              <w:rPr>
                <w:rFonts w:cs="Arial"/>
                <w:color w:val="auto"/>
                <w:sz w:val="20"/>
                <w:szCs w:val="20"/>
              </w:rPr>
              <w:t>vašo</w:t>
            </w:r>
            <w:proofErr w:type="spellEnd"/>
            <w:r w:rsidR="00675E84" w:rsidRPr="00675E84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75E84" w:rsidRPr="00675E84">
              <w:rPr>
                <w:rFonts w:cs="Arial"/>
                <w:color w:val="auto"/>
                <w:sz w:val="20"/>
                <w:szCs w:val="20"/>
              </w:rPr>
              <w:t>podpor</w:t>
            </w:r>
            <w:r w:rsidR="00675E84">
              <w:rPr>
                <w:rFonts w:cs="Arial"/>
                <w:color w:val="auto"/>
                <w:sz w:val="20"/>
                <w:szCs w:val="20"/>
              </w:rPr>
              <w:t>o</w:t>
            </w:r>
            <w:proofErr w:type="spellEnd"/>
            <w:r w:rsidR="00675E84" w:rsidRPr="00675E84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75E84" w:rsidRPr="00675E84">
              <w:rPr>
                <w:rFonts w:cs="Arial"/>
                <w:color w:val="auto"/>
                <w:sz w:val="20"/>
                <w:szCs w:val="20"/>
              </w:rPr>
              <w:t>družinam</w:t>
            </w:r>
            <w:proofErr w:type="spellEnd"/>
            <w:r w:rsidR="00675E84" w:rsidRPr="00675E84">
              <w:rPr>
                <w:rFonts w:cs="Arial"/>
                <w:color w:val="auto"/>
                <w:sz w:val="20"/>
                <w:szCs w:val="20"/>
              </w:rPr>
              <w:t xml:space="preserve">, </w:t>
            </w:r>
            <w:r w:rsidRPr="00675E84">
              <w:rPr>
                <w:rFonts w:cs="Arial"/>
                <w:color w:val="auto"/>
                <w:sz w:val="20"/>
                <w:szCs w:val="20"/>
              </w:rPr>
              <w:t xml:space="preserve">da se z </w:t>
            </w:r>
            <w:proofErr w:type="spellStart"/>
            <w:r w:rsidRPr="00675E84">
              <w:rPr>
                <w:rFonts w:cs="Arial"/>
                <w:color w:val="auto"/>
                <w:sz w:val="20"/>
                <w:szCs w:val="20"/>
              </w:rPr>
              <w:t>lastnim</w:t>
            </w:r>
            <w:proofErr w:type="spellEnd"/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75E84">
              <w:rPr>
                <w:rFonts w:cs="Arial"/>
                <w:color w:val="auto"/>
                <w:sz w:val="20"/>
                <w:szCs w:val="20"/>
              </w:rPr>
              <w:t>delom</w:t>
            </w:r>
            <w:proofErr w:type="spellEnd"/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75E84">
              <w:rPr>
                <w:rFonts w:cs="Arial"/>
                <w:color w:val="auto"/>
                <w:sz w:val="20"/>
                <w:szCs w:val="20"/>
              </w:rPr>
              <w:t>preživijo</w:t>
            </w:r>
            <w:proofErr w:type="spellEnd"/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in dostojno živijo! </w:t>
            </w:r>
          </w:p>
          <w:p w:rsidR="00133B7A" w:rsidRPr="00675E84" w:rsidRDefault="00EF1A0F" w:rsidP="00675E84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675E84">
              <w:rPr>
                <w:rFonts w:cs="Arial"/>
                <w:color w:val="auto"/>
                <w:sz w:val="20"/>
                <w:szCs w:val="20"/>
              </w:rPr>
              <w:t>Prosimo</w:t>
            </w:r>
            <w:proofErr w:type="spellEnd"/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vas, da </w:t>
            </w:r>
            <w:proofErr w:type="spellStart"/>
            <w:r w:rsidRPr="00675E84">
              <w:rPr>
                <w:rFonts w:cs="Arial"/>
                <w:color w:val="auto"/>
                <w:sz w:val="20"/>
                <w:szCs w:val="20"/>
              </w:rPr>
              <w:t>izpolnite</w:t>
            </w:r>
            <w:proofErr w:type="spellEnd"/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spodnji obrazec z vašimi podatki za ureditev mesečnega pooblastila (trajnika).</w:t>
            </w:r>
          </w:p>
        </w:tc>
      </w:tr>
    </w:tbl>
    <w:p w:rsidR="00133B7A" w:rsidRPr="00675E84" w:rsidRDefault="00675E84">
      <w:pPr>
        <w:pStyle w:val="Naslov1"/>
        <w:rPr>
          <w:rFonts w:ascii="Arial" w:hAnsi="Arial" w:cs="Arial"/>
          <w:color w:val="auto"/>
          <w:sz w:val="24"/>
          <w:szCs w:val="20"/>
        </w:rPr>
      </w:pPr>
      <w:proofErr w:type="spellStart"/>
      <w:r w:rsidRPr="00675E84">
        <w:rPr>
          <w:rFonts w:ascii="Arial" w:hAnsi="Arial" w:cs="Arial"/>
          <w:color w:val="auto"/>
          <w:sz w:val="24"/>
          <w:szCs w:val="20"/>
        </w:rPr>
        <w:t>Podpisani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437"/>
      </w:tblGrid>
      <w:tr w:rsidR="00B47A9B" w:rsidRPr="00675E84">
        <w:trPr>
          <w:jc w:val="center"/>
        </w:trPr>
        <w:tc>
          <w:tcPr>
            <w:tcW w:w="3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Ime in priimek:</w:t>
            </w:r>
          </w:p>
        </w:tc>
        <w:tc>
          <w:tcPr>
            <w:tcW w:w="64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ind w:left="80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                                                           </w:t>
            </w:r>
          </w:p>
        </w:tc>
      </w:tr>
      <w:tr w:rsidR="00B47A9B" w:rsidRPr="00675E84">
        <w:trPr>
          <w:jc w:val="center"/>
        </w:trPr>
        <w:tc>
          <w:tcPr>
            <w:tcW w:w="3168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Naslov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ulica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hišna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številka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):</w:t>
            </w:r>
          </w:p>
        </w:tc>
        <w:tc>
          <w:tcPr>
            <w:tcW w:w="6437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ind w:left="80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                                                           </w:t>
            </w:r>
          </w:p>
        </w:tc>
      </w:tr>
      <w:tr w:rsidR="00B47A9B" w:rsidRPr="00675E84">
        <w:trPr>
          <w:jc w:val="center"/>
        </w:trPr>
        <w:tc>
          <w:tcPr>
            <w:tcW w:w="3168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Poštna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številka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in 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kraj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6437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ind w:left="80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                                                           </w:t>
            </w:r>
          </w:p>
        </w:tc>
      </w:tr>
      <w:tr w:rsidR="00B47A9B" w:rsidRPr="00675E84">
        <w:trPr>
          <w:jc w:val="center"/>
        </w:trPr>
        <w:tc>
          <w:tcPr>
            <w:tcW w:w="3168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Telefon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mobitel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6437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>
            <w:pPr>
              <w:spacing w:after="0"/>
              <w:ind w:left="80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                                                           </w:t>
            </w:r>
          </w:p>
        </w:tc>
      </w:tr>
      <w:tr w:rsidR="00B47A9B" w:rsidRPr="00675E84">
        <w:trPr>
          <w:jc w:val="center"/>
        </w:trPr>
        <w:tc>
          <w:tcPr>
            <w:tcW w:w="3168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EF1A0F" w:rsidP="00B47A9B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E-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naslov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(</w:t>
            </w:r>
            <w:proofErr w:type="spellStart"/>
            <w:r w:rsidR="00B47A9B" w:rsidRPr="00675E84">
              <w:rPr>
                <w:rFonts w:cs="Arial"/>
                <w:b/>
                <w:color w:val="auto"/>
                <w:sz w:val="20"/>
                <w:szCs w:val="20"/>
              </w:rPr>
              <w:t>če</w:t>
            </w:r>
            <w:proofErr w:type="spellEnd"/>
            <w:r w:rsidR="00B47A9B"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="00B47A9B" w:rsidRPr="00675E84">
              <w:rPr>
                <w:rFonts w:cs="Arial"/>
                <w:b/>
                <w:color w:val="auto"/>
                <w:sz w:val="20"/>
                <w:szCs w:val="20"/>
              </w:rPr>
              <w:t>želite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):</w:t>
            </w:r>
          </w:p>
        </w:tc>
        <w:tc>
          <w:tcPr>
            <w:tcW w:w="6437" w:type="dxa"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133B7A" w:rsidRPr="00675E84" w:rsidRDefault="00133B7A" w:rsidP="00B47A9B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</w:p>
        </w:tc>
      </w:tr>
    </w:tbl>
    <w:p w:rsidR="00133B7A" w:rsidRPr="00675E84" w:rsidRDefault="00675E84" w:rsidP="00675E84">
      <w:pPr>
        <w:pStyle w:val="Naslov1"/>
        <w:rPr>
          <w:rFonts w:ascii="Arial" w:hAnsi="Arial" w:cs="Arial"/>
          <w:color w:val="auto"/>
          <w:sz w:val="20"/>
          <w:szCs w:val="20"/>
        </w:rPr>
      </w:pPr>
      <w:proofErr w:type="spellStart"/>
      <w:r w:rsidRPr="00675E84">
        <w:rPr>
          <w:rFonts w:ascii="Arial" w:hAnsi="Arial" w:cs="Arial"/>
          <w:color w:val="auto"/>
          <w:sz w:val="20"/>
          <w:szCs w:val="20"/>
        </w:rPr>
        <w:t>Želim</w:t>
      </w:r>
      <w:proofErr w:type="spellEnd"/>
      <w:r w:rsidRPr="00675E84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ascii="Arial" w:hAnsi="Arial" w:cs="Arial"/>
          <w:color w:val="auto"/>
          <w:sz w:val="20"/>
          <w:szCs w:val="20"/>
        </w:rPr>
        <w:t>vsak</w:t>
      </w:r>
      <w:proofErr w:type="spellEnd"/>
      <w:r w:rsidRPr="00675E84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ascii="Arial" w:hAnsi="Arial" w:cs="Arial"/>
          <w:color w:val="auto"/>
          <w:sz w:val="20"/>
          <w:szCs w:val="20"/>
        </w:rPr>
        <w:t>mesec</w:t>
      </w:r>
      <w:proofErr w:type="spellEnd"/>
      <w:r w:rsidRPr="00675E84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ascii="Arial" w:hAnsi="Arial" w:cs="Arial"/>
          <w:color w:val="auto"/>
          <w:sz w:val="20"/>
          <w:szCs w:val="20"/>
        </w:rPr>
        <w:t>prispevati</w:t>
      </w:r>
      <w:proofErr w:type="spellEnd"/>
      <w:r w:rsidRPr="00675E84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ascii="Arial" w:hAnsi="Arial" w:cs="Arial"/>
          <w:color w:val="auto"/>
          <w:sz w:val="20"/>
          <w:szCs w:val="20"/>
        </w:rPr>
        <w:t>za</w:t>
      </w:r>
      <w:proofErr w:type="spellEnd"/>
      <w:r w:rsidRPr="00675E84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ascii="Arial" w:hAnsi="Arial" w:cs="Arial"/>
          <w:color w:val="auto"/>
          <w:sz w:val="20"/>
          <w:szCs w:val="20"/>
        </w:rPr>
        <w:t>pomoč</w:t>
      </w:r>
      <w:proofErr w:type="spellEnd"/>
      <w:r w:rsidRPr="00675E84">
        <w:rPr>
          <w:rFonts w:ascii="Arial" w:hAnsi="Arial" w:cs="Arial"/>
          <w:b w:val="0"/>
          <w:color w:val="auto"/>
          <w:sz w:val="20"/>
          <w:szCs w:val="20"/>
        </w:rPr>
        <w:t xml:space="preserve"> (</w:t>
      </w:r>
      <w:proofErr w:type="spellStart"/>
      <w:r w:rsidRPr="00675E84">
        <w:rPr>
          <w:rFonts w:ascii="Arial" w:hAnsi="Arial" w:cs="Arial"/>
          <w:b w:val="0"/>
          <w:color w:val="auto"/>
          <w:sz w:val="20"/>
          <w:szCs w:val="20"/>
        </w:rPr>
        <w:t>ustrezno</w:t>
      </w:r>
      <w:proofErr w:type="spellEnd"/>
      <w:r w:rsidRPr="00675E84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proofErr w:type="spellStart"/>
      <w:r w:rsidR="00EF1A0F" w:rsidRPr="00675E84">
        <w:rPr>
          <w:rFonts w:ascii="Arial" w:hAnsi="Arial" w:cs="Arial"/>
          <w:b w:val="0"/>
          <w:color w:val="auto"/>
          <w:sz w:val="20"/>
          <w:szCs w:val="20"/>
        </w:rPr>
        <w:t>označite</w:t>
      </w:r>
      <w:proofErr w:type="spellEnd"/>
      <w:r w:rsidR="00EF1A0F" w:rsidRPr="00675E84">
        <w:rPr>
          <w:rFonts w:ascii="Arial" w:hAnsi="Arial" w:cs="Arial"/>
          <w:b w:val="0"/>
          <w:color w:val="auto"/>
          <w:sz w:val="20"/>
          <w:szCs w:val="20"/>
        </w:rPr>
        <w:t xml:space="preserve"> z X):</w:t>
      </w:r>
    </w:p>
    <w:p w:rsidR="00675E84" w:rsidRDefault="00675E84" w:rsidP="00675E84">
      <w:r>
        <w:t xml:space="preserve">[   ] </w:t>
      </w:r>
      <w:proofErr w:type="spellStart"/>
      <w:r>
        <w:t>družini</w:t>
      </w:r>
      <w:proofErr w:type="spellEnd"/>
      <w:r>
        <w:t xml:space="preserve"> v </w:t>
      </w:r>
      <w:proofErr w:type="spellStart"/>
      <w:r>
        <w:t>Afriki</w:t>
      </w:r>
      <w:proofErr w:type="spellEnd"/>
      <w:r>
        <w:tab/>
        <w:t xml:space="preserve">[   ] </w:t>
      </w:r>
      <w:proofErr w:type="spellStart"/>
      <w:r>
        <w:t>družini</w:t>
      </w:r>
      <w:proofErr w:type="spellEnd"/>
      <w:r>
        <w:t xml:space="preserve"> v </w:t>
      </w:r>
      <w:proofErr w:type="spellStart"/>
      <w:r>
        <w:t>Albaniji</w:t>
      </w:r>
      <w:proofErr w:type="spellEnd"/>
      <w:r>
        <w:tab/>
        <w:t xml:space="preserve"> [   ] </w:t>
      </w:r>
      <w:proofErr w:type="spellStart"/>
      <w:r>
        <w:t>družini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Šrilanki</w:t>
      </w:r>
      <w:proofErr w:type="spellEnd"/>
      <w:r>
        <w:tab/>
        <w:t xml:space="preserve">  </w:t>
      </w:r>
      <w:r>
        <w:br/>
        <w:t xml:space="preserve">[   ] </w:t>
      </w:r>
      <w:proofErr w:type="spellStart"/>
      <w:r>
        <w:t>za</w:t>
      </w:r>
      <w:proofErr w:type="spellEnd"/>
      <w:r>
        <w:t xml:space="preserve"> </w:t>
      </w:r>
      <w:proofErr w:type="spellStart"/>
      <w:r>
        <w:t>delo</w:t>
      </w:r>
      <w:proofErr w:type="spellEnd"/>
      <w:r>
        <w:t xml:space="preserve"> </w:t>
      </w:r>
      <w:proofErr w:type="spellStart"/>
      <w:r>
        <w:t>učitelja</w:t>
      </w:r>
      <w:proofErr w:type="spellEnd"/>
      <w:r>
        <w:t xml:space="preserve"> </w:t>
      </w:r>
      <w:proofErr w:type="spellStart"/>
      <w:r>
        <w:t>ali</w:t>
      </w:r>
      <w:proofErr w:type="spellEnd"/>
      <w:r>
        <w:t xml:space="preserve"> </w:t>
      </w:r>
      <w:proofErr w:type="spellStart"/>
      <w:r>
        <w:t>zdravstvenega</w:t>
      </w:r>
      <w:proofErr w:type="spellEnd"/>
      <w:r>
        <w:t xml:space="preserve"> </w:t>
      </w:r>
      <w:proofErr w:type="spellStart"/>
      <w:r>
        <w:t>delavca</w:t>
      </w:r>
      <w:proofErr w:type="spellEnd"/>
      <w:r>
        <w:t xml:space="preserve"> v </w:t>
      </w:r>
      <w:proofErr w:type="spellStart"/>
      <w:r>
        <w:t>Afrik</w:t>
      </w:r>
      <w:proofErr w:type="spellEnd"/>
      <w:r w:rsidR="00FB3C8B">
        <w:t xml:space="preserve">            [   ] </w:t>
      </w:r>
      <w:proofErr w:type="spellStart"/>
      <w:r w:rsidR="00FB3C8B">
        <w:t>za</w:t>
      </w:r>
      <w:proofErr w:type="spellEnd"/>
      <w:r w:rsidR="00FB3C8B">
        <w:t xml:space="preserve"> </w:t>
      </w:r>
      <w:proofErr w:type="spellStart"/>
      <w:r w:rsidR="00FB3C8B">
        <w:t>učitelja</w:t>
      </w:r>
      <w:proofErr w:type="spellEnd"/>
      <w:r w:rsidR="00FB3C8B">
        <w:t xml:space="preserve"> v </w:t>
      </w:r>
      <w:proofErr w:type="spellStart"/>
      <w:r w:rsidR="00FB3C8B">
        <w:t>Braziliji</w:t>
      </w:r>
      <w:proofErr w:type="spellEnd"/>
    </w:p>
    <w:p w:rsidR="00133B7A" w:rsidRPr="00675E84" w:rsidRDefault="00EF1A0F">
      <w:pPr>
        <w:spacing w:after="80"/>
        <w:rPr>
          <w:rFonts w:cs="Arial"/>
          <w:color w:val="auto"/>
          <w:sz w:val="20"/>
          <w:szCs w:val="20"/>
        </w:rPr>
      </w:pPr>
      <w:proofErr w:type="spellStart"/>
      <w:r w:rsidRPr="00675E84">
        <w:rPr>
          <w:rFonts w:cs="Arial"/>
          <w:color w:val="auto"/>
          <w:sz w:val="20"/>
          <w:szCs w:val="20"/>
        </w:rPr>
        <w:t>Izberite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višin</w:t>
      </w:r>
      <w:r w:rsidR="00B47A9B" w:rsidRPr="00675E84">
        <w:rPr>
          <w:rFonts w:cs="Arial"/>
          <w:color w:val="auto"/>
          <w:sz w:val="20"/>
          <w:szCs w:val="20"/>
        </w:rPr>
        <w:t>o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mesečnega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daru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(</w:t>
      </w:r>
      <w:proofErr w:type="spellStart"/>
      <w:r w:rsidRPr="00675E84">
        <w:rPr>
          <w:rFonts w:cs="Arial"/>
          <w:color w:val="auto"/>
          <w:sz w:val="20"/>
          <w:szCs w:val="20"/>
        </w:rPr>
        <w:t>označite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z X):</w:t>
      </w:r>
    </w:p>
    <w:p w:rsidR="00675E84" w:rsidRDefault="00675E84">
      <w:pPr>
        <w:spacing w:after="80"/>
        <w:rPr>
          <w:rFonts w:cs="Arial"/>
          <w:color w:val="auto"/>
          <w:sz w:val="20"/>
          <w:szCs w:val="20"/>
        </w:rPr>
      </w:pPr>
      <w:r w:rsidRPr="00675E84">
        <w:rPr>
          <w:rFonts w:cs="Arial"/>
          <w:color w:val="auto"/>
          <w:sz w:val="20"/>
          <w:szCs w:val="20"/>
        </w:rPr>
        <w:t xml:space="preserve">[ </w:t>
      </w:r>
      <w:proofErr w:type="gramStart"/>
      <w:r w:rsidRPr="00675E84">
        <w:rPr>
          <w:rFonts w:cs="Arial"/>
          <w:color w:val="auto"/>
          <w:sz w:val="20"/>
          <w:szCs w:val="20"/>
        </w:rPr>
        <w:t xml:space="preserve">  ]</w:t>
      </w:r>
      <w:proofErr w:type="gramEnd"/>
      <w:r w:rsidRPr="00675E84">
        <w:rPr>
          <w:rFonts w:cs="Arial"/>
          <w:color w:val="auto"/>
          <w:sz w:val="20"/>
          <w:szCs w:val="20"/>
        </w:rPr>
        <w:t xml:space="preserve">  10 EUR</w:t>
      </w:r>
      <w:r w:rsidRPr="00675E84">
        <w:rPr>
          <w:rFonts w:cs="Arial"/>
          <w:color w:val="auto"/>
          <w:sz w:val="20"/>
          <w:szCs w:val="20"/>
        </w:rPr>
        <w:tab/>
        <w:t>[   ]  20 EUR</w:t>
      </w:r>
      <w:r w:rsidRPr="00675E84">
        <w:rPr>
          <w:rFonts w:cs="Arial"/>
          <w:color w:val="auto"/>
          <w:sz w:val="20"/>
          <w:szCs w:val="20"/>
        </w:rPr>
        <w:tab/>
        <w:t>[   ]  35 EUR</w:t>
      </w:r>
      <w:r w:rsidRPr="00675E84">
        <w:rPr>
          <w:rFonts w:cs="Arial"/>
          <w:color w:val="auto"/>
          <w:sz w:val="20"/>
          <w:szCs w:val="20"/>
        </w:rPr>
        <w:tab/>
        <w:t>[   ]  50 EUR</w:t>
      </w:r>
      <w:r w:rsidRPr="00675E84">
        <w:rPr>
          <w:rFonts w:cs="Arial"/>
          <w:color w:val="auto"/>
          <w:sz w:val="20"/>
          <w:szCs w:val="20"/>
        </w:rPr>
        <w:tab/>
        <w:t>[   ]  ________ EUR</w:t>
      </w:r>
    </w:p>
    <w:p w:rsidR="00675E84" w:rsidRDefault="00675E84">
      <w:pPr>
        <w:spacing w:after="80"/>
        <w:rPr>
          <w:rFonts w:cs="Arial"/>
          <w:color w:val="auto"/>
          <w:sz w:val="20"/>
          <w:szCs w:val="20"/>
        </w:rPr>
      </w:pPr>
    </w:p>
    <w:p w:rsidR="00675E84" w:rsidRDefault="00675E84">
      <w:pPr>
        <w:spacing w:after="80"/>
        <w:rPr>
          <w:rFonts w:cs="Arial"/>
          <w:color w:val="auto"/>
          <w:sz w:val="20"/>
          <w:szCs w:val="20"/>
        </w:rPr>
      </w:pPr>
      <w:proofErr w:type="spellStart"/>
      <w:r w:rsidRPr="00675E84">
        <w:rPr>
          <w:rFonts w:cs="Arial"/>
          <w:color w:val="auto"/>
          <w:sz w:val="20"/>
          <w:szCs w:val="20"/>
        </w:rPr>
        <w:t>Izme</w:t>
      </w:r>
      <w:r w:rsidR="009A480B">
        <w:rPr>
          <w:rFonts w:cs="Arial"/>
          <w:color w:val="auto"/>
          <w:sz w:val="20"/>
          <w:szCs w:val="20"/>
        </w:rPr>
        <w:t>d</w:t>
      </w:r>
      <w:proofErr w:type="spellEnd"/>
      <w:r w:rsidR="009A480B">
        <w:rPr>
          <w:rFonts w:cs="Arial"/>
          <w:color w:val="auto"/>
          <w:sz w:val="20"/>
          <w:szCs w:val="20"/>
        </w:rPr>
        <w:t xml:space="preserve"> 2 </w:t>
      </w:r>
      <w:proofErr w:type="spellStart"/>
      <w:r w:rsidR="009A480B">
        <w:rPr>
          <w:rFonts w:cs="Arial"/>
          <w:color w:val="auto"/>
          <w:sz w:val="20"/>
          <w:szCs w:val="20"/>
        </w:rPr>
        <w:t>možnosti</w:t>
      </w:r>
      <w:proofErr w:type="spellEnd"/>
      <w:r w:rsidR="009A480B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9A480B">
        <w:rPr>
          <w:rFonts w:cs="Arial"/>
          <w:color w:val="auto"/>
          <w:sz w:val="20"/>
          <w:szCs w:val="20"/>
        </w:rPr>
        <w:t>darovanja</w:t>
      </w:r>
      <w:proofErr w:type="spellEnd"/>
      <w:r w:rsidR="009A480B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9A480B">
        <w:rPr>
          <w:rFonts w:cs="Arial"/>
          <w:color w:val="auto"/>
          <w:sz w:val="20"/>
          <w:szCs w:val="20"/>
        </w:rPr>
        <w:t>izbiram</w:t>
      </w:r>
      <w:proofErr w:type="spellEnd"/>
      <w:r w:rsidRPr="00675E84">
        <w:rPr>
          <w:rFonts w:cs="Arial"/>
          <w:color w:val="auto"/>
          <w:sz w:val="20"/>
          <w:szCs w:val="20"/>
        </w:rPr>
        <w:t>:</w:t>
      </w:r>
    </w:p>
    <w:p w:rsidR="00675E84" w:rsidRPr="009A480B" w:rsidRDefault="00675E84" w:rsidP="00675E84">
      <w:pPr>
        <w:pStyle w:val="Odstavekseznama"/>
        <w:numPr>
          <w:ilvl w:val="0"/>
          <w:numId w:val="10"/>
        </w:numPr>
        <w:spacing w:after="80"/>
        <w:rPr>
          <w:rFonts w:cs="Arial"/>
          <w:b/>
          <w:color w:val="auto"/>
          <w:sz w:val="20"/>
          <w:szCs w:val="20"/>
        </w:rPr>
      </w:pPr>
      <w:proofErr w:type="spellStart"/>
      <w:r w:rsidRPr="009A480B">
        <w:rPr>
          <w:rFonts w:cs="Arial"/>
          <w:b/>
          <w:color w:val="auto"/>
          <w:sz w:val="20"/>
          <w:szCs w:val="20"/>
        </w:rPr>
        <w:t>možnost</w:t>
      </w:r>
      <w:proofErr w:type="spellEnd"/>
      <w:r w:rsidRPr="009A480B">
        <w:rPr>
          <w:rFonts w:cs="Arial"/>
          <w:b/>
          <w:color w:val="auto"/>
          <w:sz w:val="20"/>
          <w:szCs w:val="20"/>
        </w:rPr>
        <w:t xml:space="preserve">: </w:t>
      </w:r>
      <w:proofErr w:type="spellStart"/>
      <w:r w:rsidRPr="009A480B">
        <w:rPr>
          <w:rFonts w:cs="Arial"/>
          <w:b/>
          <w:color w:val="auto"/>
          <w:sz w:val="20"/>
          <w:szCs w:val="20"/>
        </w:rPr>
        <w:t>Položnica</w:t>
      </w:r>
      <w:proofErr w:type="spellEnd"/>
      <w:r w:rsidRPr="009A480B">
        <w:rPr>
          <w:rFonts w:cs="Arial"/>
          <w:b/>
          <w:color w:val="auto"/>
          <w:sz w:val="20"/>
          <w:szCs w:val="20"/>
        </w:rPr>
        <w:t xml:space="preserve">: </w:t>
      </w:r>
      <w:r w:rsidR="009A480B">
        <w:rPr>
          <w:rFonts w:cs="Arial"/>
          <w:color w:val="auto"/>
          <w:sz w:val="20"/>
          <w:szCs w:val="20"/>
        </w:rPr>
        <w:t xml:space="preserve">[   ] </w:t>
      </w:r>
      <w:proofErr w:type="spellStart"/>
      <w:r w:rsidRPr="009A480B">
        <w:rPr>
          <w:rFonts w:cs="Arial"/>
          <w:color w:val="auto"/>
          <w:sz w:val="20"/>
          <w:szCs w:val="20"/>
        </w:rPr>
        <w:t>vsak</w:t>
      </w:r>
      <w:proofErr w:type="spellEnd"/>
      <w:r w:rsidRPr="009A480B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9A480B">
        <w:rPr>
          <w:rFonts w:cs="Arial"/>
          <w:color w:val="auto"/>
          <w:sz w:val="20"/>
          <w:szCs w:val="20"/>
        </w:rPr>
        <w:t>mesec</w:t>
      </w:r>
      <w:proofErr w:type="spellEnd"/>
      <w:r w:rsidRPr="009A480B">
        <w:rPr>
          <w:rFonts w:cs="Arial"/>
          <w:color w:val="auto"/>
          <w:sz w:val="20"/>
          <w:szCs w:val="20"/>
        </w:rPr>
        <w:t xml:space="preserve">    [   ] 4x - </w:t>
      </w:r>
      <w:proofErr w:type="spellStart"/>
      <w:r w:rsidRPr="009A480B">
        <w:rPr>
          <w:rFonts w:cs="Arial"/>
          <w:color w:val="auto"/>
          <w:sz w:val="20"/>
          <w:szCs w:val="20"/>
        </w:rPr>
        <w:t>letno</w:t>
      </w:r>
      <w:proofErr w:type="spellEnd"/>
      <w:r w:rsidRPr="009A480B">
        <w:rPr>
          <w:rFonts w:cs="Arial"/>
          <w:color w:val="auto"/>
          <w:sz w:val="20"/>
          <w:szCs w:val="20"/>
        </w:rPr>
        <w:tab/>
        <w:t xml:space="preserve">[   ] 2x – </w:t>
      </w:r>
      <w:proofErr w:type="spellStart"/>
      <w:r w:rsidRPr="009A480B">
        <w:rPr>
          <w:rFonts w:cs="Arial"/>
          <w:color w:val="auto"/>
          <w:sz w:val="20"/>
          <w:szCs w:val="20"/>
        </w:rPr>
        <w:t>letno</w:t>
      </w:r>
      <w:proofErr w:type="spellEnd"/>
    </w:p>
    <w:p w:rsidR="00675E84" w:rsidRPr="00675E84" w:rsidRDefault="00675E84" w:rsidP="00675E84">
      <w:pPr>
        <w:pStyle w:val="Odstavekseznama"/>
        <w:spacing w:after="80"/>
        <w:rPr>
          <w:rFonts w:cs="Arial"/>
          <w:b/>
          <w:color w:val="auto"/>
          <w:sz w:val="20"/>
          <w:szCs w:val="20"/>
        </w:rPr>
      </w:pPr>
    </w:p>
    <w:p w:rsidR="00675E84" w:rsidRPr="009A480B" w:rsidRDefault="00675E84" w:rsidP="00675E84">
      <w:pPr>
        <w:pStyle w:val="Odstavekseznama"/>
        <w:numPr>
          <w:ilvl w:val="0"/>
          <w:numId w:val="10"/>
        </w:numPr>
        <w:spacing w:after="80"/>
        <w:rPr>
          <w:rFonts w:cs="Arial"/>
          <w:b/>
          <w:color w:val="auto"/>
          <w:sz w:val="20"/>
          <w:szCs w:val="20"/>
        </w:rPr>
      </w:pPr>
      <w:proofErr w:type="spellStart"/>
      <w:r w:rsidRPr="009A480B">
        <w:rPr>
          <w:rFonts w:cs="Arial"/>
          <w:b/>
          <w:color w:val="auto"/>
          <w:sz w:val="20"/>
          <w:szCs w:val="20"/>
        </w:rPr>
        <w:t>možnost</w:t>
      </w:r>
      <w:proofErr w:type="spellEnd"/>
      <w:r w:rsidRPr="009A480B">
        <w:rPr>
          <w:rFonts w:cs="Arial"/>
          <w:b/>
          <w:color w:val="auto"/>
          <w:sz w:val="20"/>
          <w:szCs w:val="20"/>
        </w:rPr>
        <w:t xml:space="preserve">: </w:t>
      </w:r>
      <w:proofErr w:type="spellStart"/>
      <w:r w:rsidRPr="009A480B">
        <w:rPr>
          <w:rFonts w:cs="Arial"/>
          <w:b/>
          <w:color w:val="auto"/>
          <w:sz w:val="20"/>
          <w:szCs w:val="20"/>
        </w:rPr>
        <w:t>Trajnik</w:t>
      </w:r>
      <w:proofErr w:type="spellEnd"/>
      <w:r w:rsidRPr="009A480B">
        <w:rPr>
          <w:rFonts w:cs="Arial"/>
          <w:b/>
          <w:color w:val="auto"/>
          <w:sz w:val="20"/>
          <w:szCs w:val="20"/>
        </w:rPr>
        <w:t xml:space="preserve"> </w:t>
      </w:r>
      <w:proofErr w:type="spellStart"/>
      <w:r w:rsidRPr="009A480B">
        <w:rPr>
          <w:rFonts w:cs="Arial"/>
          <w:b/>
          <w:color w:val="auto"/>
          <w:sz w:val="20"/>
          <w:szCs w:val="20"/>
        </w:rPr>
        <w:t>na</w:t>
      </w:r>
      <w:proofErr w:type="spellEnd"/>
      <w:r w:rsidRPr="009A480B">
        <w:rPr>
          <w:rFonts w:cs="Arial"/>
          <w:b/>
          <w:color w:val="auto"/>
          <w:sz w:val="20"/>
          <w:szCs w:val="20"/>
        </w:rPr>
        <w:t xml:space="preserve"> </w:t>
      </w:r>
      <w:proofErr w:type="spellStart"/>
      <w:r w:rsidRPr="009A480B">
        <w:rPr>
          <w:rFonts w:cs="Arial"/>
          <w:b/>
          <w:color w:val="auto"/>
          <w:sz w:val="20"/>
          <w:szCs w:val="20"/>
        </w:rPr>
        <w:t>banki</w:t>
      </w:r>
      <w:proofErr w:type="spellEnd"/>
      <w:r w:rsidRPr="009A480B">
        <w:rPr>
          <w:rFonts w:cs="Arial"/>
          <w:b/>
          <w:color w:val="auto"/>
          <w:sz w:val="20"/>
          <w:szCs w:val="20"/>
        </w:rPr>
        <w:t xml:space="preserve"> </w:t>
      </w:r>
      <w:bookmarkStart w:id="0" w:name="_GoBack"/>
      <w:bookmarkEnd w:id="0"/>
    </w:p>
    <w:p w:rsidR="00133B7A" w:rsidRPr="00675E84" w:rsidRDefault="00EF1A0F">
      <w:pPr>
        <w:spacing w:after="160"/>
        <w:rPr>
          <w:rFonts w:cs="Arial"/>
          <w:color w:val="auto"/>
          <w:sz w:val="20"/>
          <w:szCs w:val="20"/>
        </w:rPr>
      </w:pPr>
      <w:proofErr w:type="spellStart"/>
      <w:r w:rsidRPr="00675E84">
        <w:rPr>
          <w:rFonts w:cs="Arial"/>
          <w:color w:val="auto"/>
          <w:sz w:val="20"/>
          <w:szCs w:val="20"/>
        </w:rPr>
        <w:t>Podpisani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s tem </w:t>
      </w:r>
      <w:proofErr w:type="spellStart"/>
      <w:r w:rsidRPr="00675E84">
        <w:rPr>
          <w:rFonts w:cs="Arial"/>
          <w:color w:val="auto"/>
          <w:sz w:val="20"/>
          <w:szCs w:val="20"/>
        </w:rPr>
        <w:t>pooblaščam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svojo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banko</w:t>
      </w:r>
      <w:proofErr w:type="spellEnd"/>
      <w:r w:rsidR="009A480B">
        <w:rPr>
          <w:rFonts w:cs="Arial"/>
          <w:color w:val="auto"/>
          <w:sz w:val="20"/>
          <w:szCs w:val="20"/>
        </w:rPr>
        <w:t>: _______________________________________ (</w:t>
      </w:r>
      <w:proofErr w:type="spellStart"/>
      <w:r w:rsidR="009A480B">
        <w:rPr>
          <w:rFonts w:cs="Arial"/>
          <w:color w:val="auto"/>
          <w:sz w:val="20"/>
          <w:szCs w:val="20"/>
        </w:rPr>
        <w:t>naziv</w:t>
      </w:r>
      <w:proofErr w:type="spellEnd"/>
      <w:r w:rsidR="009A480B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9A480B">
        <w:rPr>
          <w:rFonts w:cs="Arial"/>
          <w:color w:val="auto"/>
          <w:sz w:val="20"/>
          <w:szCs w:val="20"/>
        </w:rPr>
        <w:t>banke</w:t>
      </w:r>
      <w:proofErr w:type="spellEnd"/>
      <w:r w:rsidR="009A480B">
        <w:rPr>
          <w:rFonts w:cs="Arial"/>
          <w:color w:val="auto"/>
          <w:sz w:val="20"/>
          <w:szCs w:val="20"/>
        </w:rPr>
        <w:t>)</w:t>
      </w:r>
      <w:r w:rsidRPr="00675E84">
        <w:rPr>
          <w:rFonts w:cs="Arial"/>
          <w:color w:val="auto"/>
          <w:sz w:val="20"/>
          <w:szCs w:val="20"/>
        </w:rPr>
        <w:t xml:space="preserve">, da </w:t>
      </w:r>
      <w:proofErr w:type="spellStart"/>
      <w:r w:rsidRPr="00675E84">
        <w:rPr>
          <w:rFonts w:cs="Arial"/>
          <w:color w:val="auto"/>
          <w:sz w:val="20"/>
          <w:szCs w:val="20"/>
        </w:rPr>
        <w:t>iz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mojega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transakcijskega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računa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(TRR):</w:t>
      </w:r>
      <w:r w:rsidR="009A480B">
        <w:rPr>
          <w:rFonts w:cs="Arial"/>
          <w:color w:val="auto"/>
          <w:sz w:val="20"/>
          <w:szCs w:val="20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B47A9B" w:rsidRPr="00675E84" w:rsidTr="00EF1A0F">
        <w:trPr>
          <w:trHeight w:hRule="exact" w:val="340"/>
          <w:jc w:val="center"/>
        </w:trPr>
        <w:tc>
          <w:tcPr>
            <w:tcW w:w="5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EF1A0F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S</w:t>
            </w:r>
          </w:p>
        </w:tc>
        <w:tc>
          <w:tcPr>
            <w:tcW w:w="5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EF1A0F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I</w:t>
            </w:r>
          </w:p>
        </w:tc>
        <w:tc>
          <w:tcPr>
            <w:tcW w:w="5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EF1A0F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5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EF1A0F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EF1A0F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EF1A0F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432" w:type="dxa"/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EF1A0F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675E84">
              <w:rPr>
                <w:rFonts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4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20" w:type="dxa"/>
              <w:left w:w="20" w:type="dxa"/>
              <w:bottom w:w="120" w:type="dxa"/>
              <w:right w:w="20" w:type="dxa"/>
            </w:tcMar>
          </w:tcPr>
          <w:p w:rsidR="00133B7A" w:rsidRPr="00675E84" w:rsidRDefault="00133B7A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</w:tr>
    </w:tbl>
    <w:p w:rsidR="00133B7A" w:rsidRPr="009A480B" w:rsidRDefault="00EF1A0F">
      <w:pPr>
        <w:spacing w:before="40"/>
        <w:rPr>
          <w:rFonts w:cs="Arial"/>
          <w:color w:val="auto"/>
          <w:sz w:val="16"/>
          <w:szCs w:val="20"/>
        </w:rPr>
      </w:pPr>
      <w:r w:rsidRPr="009A480B">
        <w:rPr>
          <w:rFonts w:cs="Arial"/>
          <w:i/>
          <w:color w:val="auto"/>
          <w:sz w:val="16"/>
          <w:szCs w:val="20"/>
        </w:rPr>
        <w:t>(</w:t>
      </w:r>
      <w:proofErr w:type="spellStart"/>
      <w:r w:rsidRPr="009A480B">
        <w:rPr>
          <w:rFonts w:cs="Arial"/>
          <w:i/>
          <w:color w:val="auto"/>
          <w:sz w:val="16"/>
          <w:szCs w:val="20"/>
        </w:rPr>
        <w:t>Številko</w:t>
      </w:r>
      <w:proofErr w:type="spellEnd"/>
      <w:r w:rsidRPr="009A480B">
        <w:rPr>
          <w:rFonts w:cs="Arial"/>
          <w:i/>
          <w:color w:val="auto"/>
          <w:sz w:val="16"/>
          <w:szCs w:val="20"/>
        </w:rPr>
        <w:t xml:space="preserve"> </w:t>
      </w:r>
      <w:proofErr w:type="spellStart"/>
      <w:r w:rsidRPr="009A480B">
        <w:rPr>
          <w:rFonts w:cs="Arial"/>
          <w:i/>
          <w:color w:val="auto"/>
          <w:sz w:val="16"/>
          <w:szCs w:val="20"/>
        </w:rPr>
        <w:t>računa</w:t>
      </w:r>
      <w:proofErr w:type="spellEnd"/>
      <w:r w:rsidRPr="009A480B">
        <w:rPr>
          <w:rFonts w:cs="Arial"/>
          <w:i/>
          <w:color w:val="auto"/>
          <w:sz w:val="16"/>
          <w:szCs w:val="20"/>
        </w:rPr>
        <w:t xml:space="preserve"> </w:t>
      </w:r>
      <w:proofErr w:type="spellStart"/>
      <w:r w:rsidRPr="009A480B">
        <w:rPr>
          <w:rFonts w:cs="Arial"/>
          <w:i/>
          <w:color w:val="auto"/>
          <w:sz w:val="16"/>
          <w:szCs w:val="20"/>
        </w:rPr>
        <w:t>prepišite</w:t>
      </w:r>
      <w:proofErr w:type="spellEnd"/>
      <w:r w:rsidRPr="009A480B">
        <w:rPr>
          <w:rFonts w:cs="Arial"/>
          <w:i/>
          <w:color w:val="auto"/>
          <w:sz w:val="16"/>
          <w:szCs w:val="20"/>
        </w:rPr>
        <w:t xml:space="preserve"> </w:t>
      </w:r>
      <w:proofErr w:type="spellStart"/>
      <w:r w:rsidRPr="009A480B">
        <w:rPr>
          <w:rFonts w:cs="Arial"/>
          <w:i/>
          <w:color w:val="auto"/>
          <w:sz w:val="16"/>
          <w:szCs w:val="20"/>
        </w:rPr>
        <w:t>iz</w:t>
      </w:r>
      <w:proofErr w:type="spellEnd"/>
      <w:r w:rsidRPr="009A480B">
        <w:rPr>
          <w:rFonts w:cs="Arial"/>
          <w:i/>
          <w:color w:val="auto"/>
          <w:sz w:val="16"/>
          <w:szCs w:val="20"/>
        </w:rPr>
        <w:t xml:space="preserve"> svoje bančne kartice. SI56 je že izpolnjeno.)</w:t>
      </w:r>
    </w:p>
    <w:p w:rsidR="00133B7A" w:rsidRPr="00675E84" w:rsidRDefault="00EF1A0F" w:rsidP="009A480B">
      <w:pPr>
        <w:rPr>
          <w:rFonts w:cs="Arial"/>
          <w:color w:val="auto"/>
          <w:sz w:val="20"/>
          <w:szCs w:val="20"/>
        </w:rPr>
      </w:pPr>
      <w:r w:rsidRPr="00675E84">
        <w:rPr>
          <w:rFonts w:cs="Arial"/>
          <w:color w:val="auto"/>
          <w:sz w:val="20"/>
          <w:szCs w:val="20"/>
        </w:rPr>
        <w:t>vsakega</w:t>
      </w:r>
      <w:proofErr w:type="gramStart"/>
      <w:r w:rsidRPr="00675E84">
        <w:rPr>
          <w:rFonts w:cs="Arial"/>
          <w:color w:val="auto"/>
          <w:sz w:val="20"/>
          <w:szCs w:val="20"/>
        </w:rPr>
        <w:t xml:space="preserve">   [</w:t>
      </w:r>
      <w:proofErr w:type="gramEnd"/>
      <w:r w:rsidRPr="00675E84">
        <w:rPr>
          <w:rFonts w:cs="Arial"/>
          <w:color w:val="auto"/>
          <w:sz w:val="20"/>
          <w:szCs w:val="20"/>
        </w:rPr>
        <w:t xml:space="preserve">   ]  8.    ali </w:t>
      </w:r>
      <w:proofErr w:type="gramStart"/>
      <w:r w:rsidRPr="00675E84">
        <w:rPr>
          <w:rFonts w:cs="Arial"/>
          <w:color w:val="auto"/>
          <w:sz w:val="20"/>
          <w:szCs w:val="20"/>
        </w:rPr>
        <w:t xml:space="preserve">   [</w:t>
      </w:r>
      <w:proofErr w:type="gramEnd"/>
      <w:r w:rsidRPr="00675E84">
        <w:rPr>
          <w:rFonts w:cs="Arial"/>
          <w:color w:val="auto"/>
          <w:sz w:val="20"/>
          <w:szCs w:val="20"/>
        </w:rPr>
        <w:t xml:space="preserve">   ]  18.   v </w:t>
      </w:r>
      <w:proofErr w:type="spellStart"/>
      <w:r w:rsidRPr="00675E84">
        <w:rPr>
          <w:rFonts w:cs="Arial"/>
          <w:color w:val="auto"/>
          <w:sz w:val="20"/>
          <w:szCs w:val="20"/>
        </w:rPr>
        <w:t>mesecu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r w:rsidR="009A480B" w:rsidRPr="00675E84">
        <w:rPr>
          <w:rFonts w:cs="Arial"/>
          <w:color w:val="auto"/>
          <w:sz w:val="20"/>
          <w:szCs w:val="20"/>
        </w:rPr>
        <w:t>(</w:t>
      </w:r>
      <w:proofErr w:type="spellStart"/>
      <w:r w:rsidR="009A480B" w:rsidRPr="00675E84">
        <w:rPr>
          <w:rFonts w:cs="Arial"/>
          <w:color w:val="auto"/>
          <w:sz w:val="20"/>
          <w:szCs w:val="20"/>
        </w:rPr>
        <w:t>označite</w:t>
      </w:r>
      <w:proofErr w:type="spellEnd"/>
      <w:r w:rsidR="009A480B" w:rsidRPr="00675E84">
        <w:rPr>
          <w:rFonts w:cs="Arial"/>
          <w:color w:val="auto"/>
          <w:sz w:val="20"/>
          <w:szCs w:val="20"/>
        </w:rPr>
        <w:t xml:space="preserve"> z X</w:t>
      </w:r>
      <w:r w:rsidR="009A480B">
        <w:rPr>
          <w:rFonts w:cs="Arial"/>
          <w:color w:val="auto"/>
          <w:sz w:val="20"/>
          <w:szCs w:val="20"/>
        </w:rPr>
        <w:t xml:space="preserve">) </w:t>
      </w:r>
      <w:proofErr w:type="spellStart"/>
      <w:r w:rsidRPr="00675E84">
        <w:rPr>
          <w:rFonts w:cs="Arial"/>
          <w:color w:val="auto"/>
          <w:sz w:val="20"/>
          <w:szCs w:val="20"/>
        </w:rPr>
        <w:t>nakaže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izbra</w:t>
      </w:r>
      <w:r w:rsidR="00B47A9B" w:rsidRPr="00675E84">
        <w:rPr>
          <w:rFonts w:cs="Arial"/>
          <w:color w:val="auto"/>
          <w:sz w:val="20"/>
          <w:szCs w:val="20"/>
        </w:rPr>
        <w:t>ni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B47A9B" w:rsidRPr="00675E84">
        <w:rPr>
          <w:rFonts w:cs="Arial"/>
          <w:color w:val="auto"/>
          <w:sz w:val="20"/>
          <w:szCs w:val="20"/>
        </w:rPr>
        <w:t>mesečni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B47A9B" w:rsidRPr="00675E84">
        <w:rPr>
          <w:rFonts w:cs="Arial"/>
          <w:color w:val="auto"/>
          <w:sz w:val="20"/>
          <w:szCs w:val="20"/>
        </w:rPr>
        <w:t>prispevek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B47A9B" w:rsidRPr="00675E84">
        <w:rPr>
          <w:rFonts w:cs="Arial"/>
          <w:color w:val="auto"/>
          <w:sz w:val="20"/>
          <w:szCs w:val="20"/>
        </w:rPr>
        <w:t>prejemniku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="00B47A9B" w:rsidRPr="00675E84">
        <w:rPr>
          <w:rFonts w:cs="Arial"/>
          <w:color w:val="auto"/>
          <w:sz w:val="20"/>
          <w:szCs w:val="20"/>
        </w:rPr>
        <w:t>na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 </w:t>
      </w:r>
      <w:r w:rsidRPr="00675E84">
        <w:rPr>
          <w:rFonts w:cs="Arial"/>
          <w:color w:val="auto"/>
          <w:sz w:val="20"/>
          <w:szCs w:val="20"/>
        </w:rPr>
        <w:t xml:space="preserve">TRR </w:t>
      </w:r>
      <w:proofErr w:type="spellStart"/>
      <w:r w:rsidRPr="00675E84">
        <w:rPr>
          <w:rFonts w:cs="Arial"/>
          <w:color w:val="auto"/>
          <w:sz w:val="20"/>
          <w:szCs w:val="20"/>
        </w:rPr>
        <w:t>prejemnika</w:t>
      </w:r>
      <w:proofErr w:type="spellEnd"/>
      <w:r w:rsidRPr="00675E84">
        <w:rPr>
          <w:rFonts w:cs="Arial"/>
          <w:color w:val="auto"/>
          <w:sz w:val="20"/>
          <w:szCs w:val="20"/>
        </w:rPr>
        <w:t>: SI56 0214 0001 5556 761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63"/>
        <w:gridCol w:w="2942"/>
      </w:tblGrid>
      <w:tr w:rsidR="00B47A9B" w:rsidRPr="00675E84" w:rsidTr="00B47A9B">
        <w:trPr>
          <w:trHeight w:val="20"/>
          <w:jc w:val="center"/>
        </w:trPr>
        <w:tc>
          <w:tcPr>
            <w:tcW w:w="6663" w:type="dxa"/>
            <w:tcMar>
              <w:top w:w="140" w:type="dxa"/>
              <w:left w:w="40" w:type="dxa"/>
              <w:bottom w:w="140" w:type="dxa"/>
              <w:right w:w="40" w:type="dxa"/>
            </w:tcMar>
          </w:tcPr>
          <w:p w:rsidR="00B47A9B" w:rsidRPr="00675E84" w:rsidRDefault="00EF1A0F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675E84">
              <w:rPr>
                <w:rFonts w:cs="Arial"/>
                <w:color w:val="auto"/>
                <w:sz w:val="20"/>
                <w:szCs w:val="20"/>
              </w:rPr>
              <w:t>Soglašam</w:t>
            </w:r>
            <w:proofErr w:type="spellEnd"/>
            <w:r w:rsidRPr="00675E84">
              <w:rPr>
                <w:rFonts w:cs="Arial"/>
                <w:color w:val="auto"/>
                <w:sz w:val="20"/>
                <w:szCs w:val="20"/>
              </w:rPr>
              <w:t xml:space="preserve">, da </w:t>
            </w:r>
            <w:proofErr w:type="spellStart"/>
            <w:r w:rsidRPr="00675E84">
              <w:rPr>
                <w:rFonts w:cs="Arial"/>
                <w:color w:val="auto"/>
                <w:sz w:val="20"/>
                <w:szCs w:val="20"/>
              </w:rPr>
              <w:t>Slovenska</w:t>
            </w:r>
            <w:proofErr w:type="spellEnd"/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75E84">
              <w:rPr>
                <w:rFonts w:cs="Arial"/>
                <w:color w:val="auto"/>
                <w:sz w:val="20"/>
                <w:szCs w:val="20"/>
              </w:rPr>
              <w:t>karitas</w:t>
            </w:r>
            <w:proofErr w:type="spellEnd"/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hrani zgoraj navedene podatke izključno za obveščanje in za namen pooblastila. Pooblastilo lahko </w:t>
            </w: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kadarkoli pisno prekinete</w:t>
            </w:r>
            <w:r w:rsidRPr="00675E84">
              <w:rPr>
                <w:rFonts w:cs="Arial"/>
                <w:i/>
                <w:color w:val="auto"/>
                <w:sz w:val="20"/>
                <w:szCs w:val="20"/>
              </w:rPr>
              <w:t>.</w:t>
            </w:r>
            <w:r w:rsidRPr="00675E84">
              <w:rPr>
                <w:rFonts w:cs="Arial"/>
                <w:i/>
                <w:color w:val="auto"/>
                <w:sz w:val="20"/>
                <w:szCs w:val="20"/>
              </w:rPr>
              <w:br/>
            </w:r>
          </w:p>
          <w:p w:rsidR="00133B7A" w:rsidRPr="00675E84" w:rsidRDefault="00B47A9B" w:rsidP="00B47A9B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675E84">
              <w:rPr>
                <w:rFonts w:cs="Arial"/>
                <w:color w:val="auto"/>
                <w:sz w:val="20"/>
                <w:szCs w:val="20"/>
              </w:rPr>
              <w:t>Kraj</w:t>
            </w:r>
            <w:proofErr w:type="spellEnd"/>
            <w:r w:rsidRPr="00675E84">
              <w:rPr>
                <w:rFonts w:cs="Arial"/>
                <w:color w:val="auto"/>
                <w:sz w:val="20"/>
                <w:szCs w:val="20"/>
              </w:rPr>
              <w:t xml:space="preserve"> in datum:</w:t>
            </w:r>
          </w:p>
        </w:tc>
        <w:tc>
          <w:tcPr>
            <w:tcW w:w="2942" w:type="dxa"/>
            <w:tcMar>
              <w:top w:w="140" w:type="dxa"/>
              <w:left w:w="40" w:type="dxa"/>
              <w:bottom w:w="140" w:type="dxa"/>
              <w:right w:w="40" w:type="dxa"/>
            </w:tcMar>
          </w:tcPr>
          <w:p w:rsidR="00133B7A" w:rsidRPr="00675E84" w:rsidRDefault="00EF1A0F" w:rsidP="006174D9">
            <w:pPr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Podpis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darovalca</w:t>
            </w:r>
            <w:proofErr w:type="spellEnd"/>
            <w:r w:rsidRPr="00675E84">
              <w:rPr>
                <w:rFonts w:cs="Arial"/>
                <w:b/>
                <w:color w:val="auto"/>
                <w:sz w:val="20"/>
                <w:szCs w:val="20"/>
              </w:rPr>
              <w:t>:</w:t>
            </w: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br/>
            </w:r>
            <w:r w:rsidRPr="00675E84">
              <w:rPr>
                <w:rFonts w:cs="Arial"/>
                <w:b/>
                <w:color w:val="auto"/>
                <w:sz w:val="20"/>
                <w:szCs w:val="20"/>
              </w:rPr>
              <w:br/>
            </w:r>
          </w:p>
        </w:tc>
      </w:tr>
    </w:tbl>
    <w:p w:rsidR="00133B7A" w:rsidRPr="00675E84" w:rsidRDefault="00EF1A0F" w:rsidP="00EF1A0F">
      <w:pPr>
        <w:pBdr>
          <w:top w:val="single" w:sz="4" w:space="1" w:color="CCCCCC"/>
        </w:pBdr>
        <w:spacing w:after="160"/>
        <w:rPr>
          <w:rFonts w:cs="Arial"/>
          <w:color w:val="auto"/>
          <w:sz w:val="20"/>
          <w:szCs w:val="20"/>
        </w:rPr>
      </w:pPr>
      <w:r w:rsidRPr="00675E84">
        <w:rPr>
          <w:rFonts w:cs="Arial"/>
          <w:color w:val="auto"/>
          <w:sz w:val="20"/>
          <w:szCs w:val="20"/>
        </w:rPr>
        <w:br/>
      </w:r>
      <w:proofErr w:type="spellStart"/>
      <w:r w:rsidRPr="00675E84">
        <w:rPr>
          <w:rFonts w:cs="Arial"/>
          <w:b/>
          <w:color w:val="auto"/>
          <w:sz w:val="20"/>
          <w:szCs w:val="20"/>
        </w:rPr>
        <w:t>Kako</w:t>
      </w:r>
      <w:proofErr w:type="spellEnd"/>
      <w:r w:rsidRPr="00675E84">
        <w:rPr>
          <w:rFonts w:cs="Arial"/>
          <w:b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b/>
          <w:color w:val="auto"/>
          <w:sz w:val="20"/>
          <w:szCs w:val="20"/>
        </w:rPr>
        <w:t>nam</w:t>
      </w:r>
      <w:proofErr w:type="spellEnd"/>
      <w:r w:rsidRPr="00675E84">
        <w:rPr>
          <w:rFonts w:cs="Arial"/>
          <w:b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b/>
          <w:color w:val="auto"/>
          <w:sz w:val="20"/>
          <w:szCs w:val="20"/>
        </w:rPr>
        <w:t>pošljete</w:t>
      </w:r>
      <w:proofErr w:type="spellEnd"/>
      <w:r w:rsidRPr="00675E84">
        <w:rPr>
          <w:rFonts w:cs="Arial"/>
          <w:b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b/>
          <w:color w:val="auto"/>
          <w:sz w:val="20"/>
          <w:szCs w:val="20"/>
        </w:rPr>
        <w:t>izpolnjeno</w:t>
      </w:r>
      <w:proofErr w:type="spellEnd"/>
      <w:r w:rsidRPr="00675E84">
        <w:rPr>
          <w:rFonts w:cs="Arial"/>
          <w:b/>
          <w:color w:val="auto"/>
          <w:sz w:val="20"/>
          <w:szCs w:val="20"/>
        </w:rPr>
        <w:t xml:space="preserve"> pooblastilo?</w:t>
      </w:r>
    </w:p>
    <w:p w:rsidR="00133B7A" w:rsidRPr="00675E84" w:rsidRDefault="00EF1A0F">
      <w:pPr>
        <w:spacing w:after="0"/>
        <w:rPr>
          <w:rFonts w:cs="Arial"/>
          <w:color w:val="auto"/>
          <w:sz w:val="20"/>
          <w:szCs w:val="20"/>
        </w:rPr>
      </w:pPr>
      <w:proofErr w:type="spellStart"/>
      <w:r w:rsidRPr="00675E84">
        <w:rPr>
          <w:rFonts w:cs="Arial"/>
          <w:color w:val="auto"/>
          <w:sz w:val="20"/>
          <w:szCs w:val="20"/>
        </w:rPr>
        <w:t>Pooblastilo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natisnite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, </w:t>
      </w:r>
      <w:proofErr w:type="spellStart"/>
      <w:r w:rsidRPr="00675E84">
        <w:rPr>
          <w:rFonts w:cs="Arial"/>
          <w:color w:val="auto"/>
          <w:sz w:val="20"/>
          <w:szCs w:val="20"/>
        </w:rPr>
        <w:t>ročno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izpolnite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, </w:t>
      </w:r>
      <w:proofErr w:type="spellStart"/>
      <w:r w:rsidRPr="00675E84">
        <w:rPr>
          <w:rFonts w:cs="Arial"/>
          <w:color w:val="auto"/>
          <w:sz w:val="20"/>
          <w:szCs w:val="20"/>
        </w:rPr>
        <w:t>podpišite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 in </w:t>
      </w:r>
      <w:proofErr w:type="spellStart"/>
      <w:r w:rsidR="00B47A9B" w:rsidRPr="00675E84">
        <w:rPr>
          <w:rFonts w:cs="Arial"/>
          <w:color w:val="auto"/>
          <w:sz w:val="20"/>
          <w:szCs w:val="20"/>
        </w:rPr>
        <w:t>pošljite</w:t>
      </w:r>
      <w:proofErr w:type="spellEnd"/>
      <w:r w:rsidR="00B47A9B"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na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naš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naslov</w:t>
      </w:r>
      <w:proofErr w:type="spellEnd"/>
      <w:r w:rsidRPr="00675E84">
        <w:rPr>
          <w:rFonts w:cs="Arial"/>
          <w:color w:val="auto"/>
          <w:sz w:val="20"/>
          <w:szCs w:val="20"/>
        </w:rPr>
        <w:t>:</w:t>
      </w:r>
      <w:r w:rsidR="00B47A9B"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Slovenska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karitas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, </w:t>
      </w:r>
      <w:proofErr w:type="spellStart"/>
      <w:r w:rsidRPr="00675E84">
        <w:rPr>
          <w:rFonts w:cs="Arial"/>
          <w:color w:val="auto"/>
          <w:sz w:val="20"/>
          <w:szCs w:val="20"/>
        </w:rPr>
        <w:t>Kristanova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</w:t>
      </w:r>
      <w:proofErr w:type="spellStart"/>
      <w:r w:rsidRPr="00675E84">
        <w:rPr>
          <w:rFonts w:cs="Arial"/>
          <w:color w:val="auto"/>
          <w:sz w:val="20"/>
          <w:szCs w:val="20"/>
        </w:rPr>
        <w:t>ulica</w:t>
      </w:r>
      <w:proofErr w:type="spellEnd"/>
      <w:r w:rsidRPr="00675E84">
        <w:rPr>
          <w:rFonts w:cs="Arial"/>
          <w:color w:val="auto"/>
          <w:sz w:val="20"/>
          <w:szCs w:val="20"/>
        </w:rPr>
        <w:t xml:space="preserve"> 1, 1000 Ljubljana.</w:t>
      </w:r>
    </w:p>
    <w:sectPr w:rsidR="00133B7A" w:rsidRPr="00675E84" w:rsidSect="00034616">
      <w:pgSz w:w="11909" w:h="16834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FF20E5"/>
    <w:multiLevelType w:val="hybridMultilevel"/>
    <w:tmpl w:val="F0E082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33B7A"/>
    <w:rsid w:val="0015074B"/>
    <w:rsid w:val="0029639D"/>
    <w:rsid w:val="00326F90"/>
    <w:rsid w:val="006174D9"/>
    <w:rsid w:val="00675E84"/>
    <w:rsid w:val="009A480B"/>
    <w:rsid w:val="00AA1D8D"/>
    <w:rsid w:val="00B47730"/>
    <w:rsid w:val="00B47A9B"/>
    <w:rsid w:val="00CB0664"/>
    <w:rsid w:val="00EF1A0F"/>
    <w:rsid w:val="00FB3C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A51AA5"/>
  <w14:defaultImageDpi w14:val="330"/>
  <w15:docId w15:val="{317D37E2-D82F-49DF-AC40-109054DC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C693F"/>
    <w:rPr>
      <w:rFonts w:ascii="Arial" w:hAnsi="Arial"/>
      <w:color w:val="333333"/>
      <w:sz w:val="21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A8201A"/>
      <w:sz w:val="32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A8201A"/>
      <w:sz w:val="24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povezava">
    <w:name w:val="Hyperlink"/>
    <w:basedOn w:val="Privzetapisavaodstavka"/>
    <w:uiPriority w:val="99"/>
    <w:unhideWhenUsed/>
    <w:rsid w:val="00B47A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karitas.s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D2F83C-5C9C-472D-AC2A-B0665606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Andreja</cp:lastModifiedBy>
  <cp:revision>2</cp:revision>
  <dcterms:created xsi:type="dcterms:W3CDTF">2026-08-25T09:09:00Z</dcterms:created>
  <dcterms:modified xsi:type="dcterms:W3CDTF">2026-08-25T09:09:00Z</dcterms:modified>
  <cp:category/>
</cp:coreProperties>
</file>