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7A" w:rsidRPr="00675E84" w:rsidRDefault="00EF1A0F" w:rsidP="00B47A9B">
      <w:pPr>
        <w:spacing w:after="80"/>
        <w:rPr>
          <w:rFonts w:cs="Arial"/>
          <w:color w:val="auto"/>
          <w:sz w:val="20"/>
          <w:szCs w:val="20"/>
        </w:rPr>
      </w:pPr>
      <w:r w:rsidRPr="00675E84">
        <w:rPr>
          <w:rFonts w:cs="Arial"/>
          <w:color w:val="auto"/>
          <w:sz w:val="20"/>
          <w:szCs w:val="20"/>
        </w:rPr>
        <w:t xml:space="preserve">SLOVENSKA KARITAS, </w:t>
      </w:r>
      <w:proofErr w:type="spellStart"/>
      <w:r w:rsidRPr="00675E84">
        <w:rPr>
          <w:rFonts w:cs="Arial"/>
          <w:color w:val="auto"/>
          <w:sz w:val="20"/>
          <w:szCs w:val="20"/>
        </w:rPr>
        <w:t>Kristanova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ulica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1, 1000 Ljubljana</w:t>
      </w:r>
      <w:r w:rsidR="00B47A9B" w:rsidRPr="00675E84">
        <w:rPr>
          <w:rFonts w:cs="Arial"/>
          <w:color w:val="auto"/>
          <w:sz w:val="20"/>
          <w:szCs w:val="20"/>
        </w:rPr>
        <w:t xml:space="preserve">   |  </w:t>
      </w:r>
      <w:r w:rsidRPr="00675E84">
        <w:rPr>
          <w:rFonts w:cs="Arial"/>
          <w:color w:val="auto"/>
          <w:sz w:val="20"/>
          <w:szCs w:val="20"/>
        </w:rPr>
        <w:t>T: 01/300 59 60  |  E-</w:t>
      </w:r>
      <w:proofErr w:type="spellStart"/>
      <w:r w:rsidRPr="00675E84">
        <w:rPr>
          <w:rFonts w:cs="Arial"/>
          <w:color w:val="auto"/>
          <w:sz w:val="20"/>
          <w:szCs w:val="20"/>
        </w:rPr>
        <w:t>pošta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: </w:t>
      </w:r>
      <w:hyperlink r:id="rId7" w:history="1">
        <w:r w:rsidR="00B47A9B" w:rsidRPr="00675E84">
          <w:rPr>
            <w:rStyle w:val="Hiperpovezava"/>
            <w:rFonts w:cs="Arial"/>
            <w:sz w:val="20"/>
            <w:szCs w:val="20"/>
          </w:rPr>
          <w:t>info@karitas.si</w:t>
        </w:r>
      </w:hyperlink>
    </w:p>
    <w:p w:rsidR="00B47A9B" w:rsidRPr="00675E84" w:rsidRDefault="00B47A9B">
      <w:pPr>
        <w:spacing w:after="80"/>
        <w:jc w:val="center"/>
        <w:rPr>
          <w:rFonts w:cs="Arial"/>
          <w:b/>
          <w:color w:val="auto"/>
          <w:sz w:val="20"/>
          <w:szCs w:val="20"/>
        </w:rPr>
      </w:pPr>
    </w:p>
    <w:p w:rsidR="00133B7A" w:rsidRPr="00675E84" w:rsidRDefault="00EF1A0F">
      <w:pPr>
        <w:spacing w:after="80"/>
        <w:jc w:val="center"/>
        <w:rPr>
          <w:rFonts w:cs="Arial"/>
          <w:color w:val="auto"/>
          <w:sz w:val="22"/>
          <w:szCs w:val="20"/>
        </w:rPr>
      </w:pPr>
      <w:r w:rsidRPr="00675E84">
        <w:rPr>
          <w:rFonts w:cs="Arial"/>
          <w:b/>
          <w:color w:val="auto"/>
          <w:sz w:val="22"/>
          <w:szCs w:val="20"/>
        </w:rPr>
        <w:t>POOBLASTILO ZA MESEČNI PROSTOVOLJNI PRISPEVEK</w:t>
      </w:r>
    </w:p>
    <w:p w:rsidR="00133B7A" w:rsidRPr="00FB3C8B" w:rsidRDefault="00EF1A0F">
      <w:pPr>
        <w:spacing w:after="280"/>
        <w:jc w:val="center"/>
        <w:rPr>
          <w:rFonts w:cs="Arial"/>
          <w:b/>
          <w:color w:val="auto"/>
          <w:sz w:val="22"/>
          <w:szCs w:val="20"/>
        </w:rPr>
      </w:pPr>
      <w:proofErr w:type="spellStart"/>
      <w:r w:rsidRPr="00675E84">
        <w:rPr>
          <w:rFonts w:cs="Arial"/>
          <w:i/>
          <w:color w:val="auto"/>
          <w:sz w:val="22"/>
          <w:szCs w:val="20"/>
        </w:rPr>
        <w:t>Akcija</w:t>
      </w:r>
      <w:proofErr w:type="spellEnd"/>
      <w:r w:rsidRPr="00675E84">
        <w:rPr>
          <w:rFonts w:cs="Arial"/>
          <w:i/>
          <w:color w:val="auto"/>
          <w:sz w:val="22"/>
          <w:szCs w:val="20"/>
        </w:rPr>
        <w:t xml:space="preserve">: </w:t>
      </w:r>
      <w:proofErr w:type="spellStart"/>
      <w:r w:rsidR="00E41121">
        <w:rPr>
          <w:rFonts w:cs="Arial"/>
          <w:b/>
          <w:i/>
          <w:color w:val="auto"/>
          <w:sz w:val="22"/>
          <w:szCs w:val="20"/>
        </w:rPr>
        <w:t>Kupim</w:t>
      </w:r>
      <w:proofErr w:type="spellEnd"/>
      <w:r w:rsidR="00E41121">
        <w:rPr>
          <w:rFonts w:cs="Arial"/>
          <w:b/>
          <w:i/>
          <w:color w:val="auto"/>
          <w:sz w:val="22"/>
          <w:szCs w:val="20"/>
        </w:rPr>
        <w:t xml:space="preserve"> </w:t>
      </w:r>
      <w:proofErr w:type="spellStart"/>
      <w:r w:rsidR="00E41121">
        <w:rPr>
          <w:rFonts w:cs="Arial"/>
          <w:b/>
          <w:i/>
          <w:color w:val="auto"/>
          <w:sz w:val="22"/>
          <w:szCs w:val="20"/>
        </w:rPr>
        <w:t>kozo</w:t>
      </w:r>
      <w:proofErr w:type="spellEnd"/>
      <w:r w:rsidR="00E41121">
        <w:rPr>
          <w:rFonts w:cs="Arial"/>
          <w:b/>
          <w:i/>
          <w:color w:val="auto"/>
          <w:sz w:val="22"/>
          <w:szCs w:val="20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05"/>
      </w:tblGrid>
      <w:tr w:rsidR="00B47A9B" w:rsidRPr="00675E84">
        <w:trPr>
          <w:jc w:val="center"/>
        </w:trPr>
        <w:tc>
          <w:tcPr>
            <w:tcW w:w="9605" w:type="dxa"/>
            <w:tcBorders>
              <w:left w:val="single" w:sz="12" w:space="0" w:color="A8201A"/>
            </w:tcBorders>
            <w:shd w:val="clear" w:color="auto" w:fill="F2F2F2"/>
            <w:tcMar>
              <w:top w:w="140" w:type="dxa"/>
              <w:left w:w="180" w:type="dxa"/>
              <w:bottom w:w="140" w:type="dxa"/>
              <w:right w:w="180" w:type="dxa"/>
            </w:tcMar>
          </w:tcPr>
          <w:p w:rsidR="00133B7A" w:rsidRPr="00675E84" w:rsidRDefault="00EF1A0F" w:rsidP="00ED06CB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proofErr w:type="spellStart"/>
            <w:r w:rsidRPr="00675E84">
              <w:rPr>
                <w:rFonts w:cs="Arial"/>
                <w:color w:val="auto"/>
                <w:sz w:val="20"/>
                <w:szCs w:val="20"/>
              </w:rPr>
              <w:t>Iskrena</w:t>
            </w:r>
            <w:proofErr w:type="spellEnd"/>
            <w:r w:rsidR="00675E84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75E84" w:rsidRPr="00675E84">
              <w:rPr>
                <w:rFonts w:cs="Arial"/>
                <w:color w:val="auto"/>
                <w:sz w:val="20"/>
                <w:szCs w:val="20"/>
              </w:rPr>
              <w:t>hvala</w:t>
            </w:r>
            <w:proofErr w:type="spellEnd"/>
            <w:r w:rsidR="00675E84" w:rsidRPr="00675E84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75E84" w:rsidRPr="00675E84">
              <w:rPr>
                <w:rFonts w:cs="Arial"/>
                <w:color w:val="auto"/>
                <w:sz w:val="20"/>
                <w:szCs w:val="20"/>
              </w:rPr>
              <w:t>za</w:t>
            </w:r>
            <w:proofErr w:type="spellEnd"/>
            <w:r w:rsidR="00675E84" w:rsidRPr="00675E84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75E84" w:rsidRPr="00675E84">
              <w:rPr>
                <w:rFonts w:cs="Arial"/>
                <w:color w:val="auto"/>
                <w:sz w:val="20"/>
                <w:szCs w:val="20"/>
              </w:rPr>
              <w:t>vašo</w:t>
            </w:r>
            <w:proofErr w:type="spellEnd"/>
            <w:r w:rsidR="00675E84" w:rsidRPr="00675E84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75E84" w:rsidRPr="00675E84">
              <w:rPr>
                <w:rFonts w:cs="Arial"/>
                <w:color w:val="auto"/>
                <w:sz w:val="20"/>
                <w:szCs w:val="20"/>
              </w:rPr>
              <w:t>podpor</w:t>
            </w:r>
            <w:r w:rsidR="00675E84">
              <w:rPr>
                <w:rFonts w:cs="Arial"/>
                <w:color w:val="auto"/>
                <w:sz w:val="20"/>
                <w:szCs w:val="20"/>
              </w:rPr>
              <w:t>o</w:t>
            </w:r>
            <w:proofErr w:type="spellEnd"/>
            <w:r w:rsidR="00675E84" w:rsidRPr="00675E84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41121">
              <w:rPr>
                <w:rFonts w:cs="Arial"/>
                <w:color w:val="auto"/>
                <w:sz w:val="20"/>
                <w:szCs w:val="20"/>
              </w:rPr>
              <w:t>revnim</w:t>
            </w:r>
            <w:proofErr w:type="spellEnd"/>
            <w:r w:rsidR="00E41121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75E84" w:rsidRPr="00675E84">
              <w:rPr>
                <w:rFonts w:cs="Arial"/>
                <w:color w:val="auto"/>
                <w:sz w:val="20"/>
                <w:szCs w:val="20"/>
              </w:rPr>
              <w:t>družinam</w:t>
            </w:r>
            <w:proofErr w:type="spellEnd"/>
            <w:r w:rsidR="00ED06CB">
              <w:rPr>
                <w:rFonts w:cs="Arial"/>
                <w:color w:val="auto"/>
                <w:sz w:val="20"/>
                <w:szCs w:val="20"/>
              </w:rPr>
              <w:t xml:space="preserve"> v </w:t>
            </w:r>
            <w:proofErr w:type="spellStart"/>
            <w:r w:rsidR="00ED06CB">
              <w:rPr>
                <w:rFonts w:cs="Arial"/>
                <w:color w:val="auto"/>
                <w:sz w:val="20"/>
                <w:szCs w:val="20"/>
              </w:rPr>
              <w:t>Afriki</w:t>
            </w:r>
            <w:proofErr w:type="spellEnd"/>
            <w:r w:rsidR="00ED06CB">
              <w:rPr>
                <w:rFonts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ED06CB">
              <w:rPr>
                <w:rFonts w:cs="Arial"/>
                <w:color w:val="auto"/>
                <w:sz w:val="20"/>
                <w:szCs w:val="20"/>
              </w:rPr>
              <w:t>Albaniji</w:t>
            </w:r>
            <w:proofErr w:type="spellEnd"/>
            <w:r w:rsidR="00ED06CB">
              <w:rPr>
                <w:rFonts w:cs="Arial"/>
                <w:color w:val="auto"/>
                <w:sz w:val="20"/>
                <w:szCs w:val="20"/>
              </w:rPr>
              <w:t xml:space="preserve"> in </w:t>
            </w:r>
            <w:proofErr w:type="spellStart"/>
            <w:r w:rsidR="00ED06CB">
              <w:rPr>
                <w:rFonts w:cs="Arial"/>
                <w:color w:val="auto"/>
                <w:sz w:val="20"/>
                <w:szCs w:val="20"/>
              </w:rPr>
              <w:t>Pakistanu</w:t>
            </w:r>
            <w:proofErr w:type="spellEnd"/>
            <w:r w:rsidR="00675E84" w:rsidRPr="00675E84">
              <w:rPr>
                <w:rFonts w:cs="Arial"/>
                <w:color w:val="auto"/>
                <w:sz w:val="20"/>
                <w:szCs w:val="20"/>
              </w:rPr>
              <w:t xml:space="preserve">, </w:t>
            </w:r>
            <w:r w:rsidRPr="00675E84">
              <w:rPr>
                <w:rFonts w:cs="Arial"/>
                <w:color w:val="auto"/>
                <w:sz w:val="20"/>
                <w:szCs w:val="20"/>
              </w:rPr>
              <w:t xml:space="preserve">da </w:t>
            </w:r>
            <w:r w:rsidR="00ED06CB">
              <w:rPr>
                <w:rFonts w:cs="Arial"/>
                <w:color w:val="auto"/>
                <w:sz w:val="20"/>
                <w:szCs w:val="20"/>
              </w:rPr>
              <w:t xml:space="preserve">s </w:t>
            </w:r>
            <w:proofErr w:type="spellStart"/>
            <w:r w:rsidR="00ED06CB">
              <w:rPr>
                <w:rFonts w:cs="Arial"/>
                <w:color w:val="auto"/>
                <w:sz w:val="20"/>
                <w:szCs w:val="20"/>
              </w:rPr>
              <w:t>pomočjo</w:t>
            </w:r>
            <w:proofErr w:type="spellEnd"/>
            <w:r w:rsidR="00ED06CB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D06CB">
              <w:rPr>
                <w:rFonts w:cs="Arial"/>
                <w:color w:val="auto"/>
                <w:sz w:val="20"/>
                <w:szCs w:val="20"/>
              </w:rPr>
              <w:t>nakupa</w:t>
            </w:r>
            <w:proofErr w:type="spellEnd"/>
            <w:r w:rsidR="00ED06CB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D06CB">
              <w:rPr>
                <w:rFonts w:cs="Arial"/>
                <w:color w:val="auto"/>
                <w:sz w:val="20"/>
                <w:szCs w:val="20"/>
              </w:rPr>
              <w:t>koze</w:t>
            </w:r>
            <w:proofErr w:type="spellEnd"/>
            <w:r w:rsidR="00ED06CB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D06CB">
              <w:rPr>
                <w:rFonts w:cs="Arial"/>
                <w:color w:val="auto"/>
                <w:sz w:val="20"/>
                <w:szCs w:val="20"/>
              </w:rPr>
              <w:t>trajnostno</w:t>
            </w:r>
            <w:proofErr w:type="spellEnd"/>
            <w:r w:rsidR="00ED06CB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D06CB">
              <w:rPr>
                <w:rFonts w:cs="Arial"/>
                <w:color w:val="auto"/>
                <w:sz w:val="20"/>
                <w:szCs w:val="20"/>
              </w:rPr>
              <w:t>preživijo</w:t>
            </w:r>
            <w:proofErr w:type="spellEnd"/>
            <w:r w:rsidR="00ED06CB">
              <w:rPr>
                <w:rFonts w:cs="Arial"/>
                <w:color w:val="auto"/>
                <w:sz w:val="20"/>
                <w:szCs w:val="20"/>
              </w:rPr>
              <w:t>.</w:t>
            </w:r>
            <w:r w:rsidRPr="00675E84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75E84">
              <w:rPr>
                <w:rFonts w:cs="Arial"/>
                <w:color w:val="auto"/>
                <w:sz w:val="20"/>
                <w:szCs w:val="20"/>
              </w:rPr>
              <w:t>Prosimo</w:t>
            </w:r>
            <w:proofErr w:type="spellEnd"/>
            <w:r w:rsidRPr="00675E84">
              <w:rPr>
                <w:rFonts w:cs="Arial"/>
                <w:color w:val="auto"/>
                <w:sz w:val="20"/>
                <w:szCs w:val="20"/>
              </w:rPr>
              <w:t xml:space="preserve"> vas, da </w:t>
            </w:r>
            <w:proofErr w:type="spellStart"/>
            <w:r w:rsidRPr="00675E84">
              <w:rPr>
                <w:rFonts w:cs="Arial"/>
                <w:color w:val="auto"/>
                <w:sz w:val="20"/>
                <w:szCs w:val="20"/>
              </w:rPr>
              <w:t>izpolnite</w:t>
            </w:r>
            <w:proofErr w:type="spellEnd"/>
            <w:r w:rsidRPr="00675E84">
              <w:rPr>
                <w:rFonts w:cs="Arial"/>
                <w:color w:val="auto"/>
                <w:sz w:val="20"/>
                <w:szCs w:val="20"/>
              </w:rPr>
              <w:t xml:space="preserve"> spodnji obrazec z vašimi podatki za ureditev mesečnega pooblastila (trajnika).</w:t>
            </w:r>
          </w:p>
        </w:tc>
      </w:tr>
    </w:tbl>
    <w:p w:rsidR="00133B7A" w:rsidRPr="00675E84" w:rsidRDefault="00675E84">
      <w:pPr>
        <w:pStyle w:val="Naslov1"/>
        <w:rPr>
          <w:rFonts w:ascii="Arial" w:hAnsi="Arial" w:cs="Arial"/>
          <w:color w:val="auto"/>
          <w:sz w:val="24"/>
          <w:szCs w:val="20"/>
        </w:rPr>
      </w:pPr>
      <w:proofErr w:type="spellStart"/>
      <w:r w:rsidRPr="00675E84">
        <w:rPr>
          <w:rFonts w:ascii="Arial" w:hAnsi="Arial" w:cs="Arial"/>
          <w:color w:val="auto"/>
          <w:sz w:val="24"/>
          <w:szCs w:val="20"/>
        </w:rPr>
        <w:t>Podpisani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6437"/>
      </w:tblGrid>
      <w:tr w:rsidR="00B47A9B" w:rsidRPr="00675E84">
        <w:trPr>
          <w:jc w:val="center"/>
        </w:trPr>
        <w:tc>
          <w:tcPr>
            <w:tcW w:w="31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33B7A" w:rsidRPr="00675E84" w:rsidRDefault="00EF1A0F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Ime in priimek:</w:t>
            </w:r>
          </w:p>
        </w:tc>
        <w:tc>
          <w:tcPr>
            <w:tcW w:w="64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33B7A" w:rsidRPr="00675E84" w:rsidRDefault="00EF1A0F">
            <w:pPr>
              <w:spacing w:after="0"/>
              <w:ind w:left="80"/>
              <w:rPr>
                <w:rFonts w:cs="Arial"/>
                <w:color w:val="auto"/>
                <w:sz w:val="20"/>
                <w:szCs w:val="20"/>
              </w:rPr>
            </w:pPr>
            <w:r w:rsidRPr="00675E84">
              <w:rPr>
                <w:rFonts w:cs="Arial"/>
                <w:color w:val="auto"/>
                <w:sz w:val="20"/>
                <w:szCs w:val="20"/>
              </w:rPr>
              <w:t xml:space="preserve">                                                            </w:t>
            </w:r>
          </w:p>
        </w:tc>
      </w:tr>
      <w:tr w:rsidR="00B47A9B" w:rsidRPr="00675E84">
        <w:trPr>
          <w:jc w:val="center"/>
        </w:trPr>
        <w:tc>
          <w:tcPr>
            <w:tcW w:w="3168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33B7A" w:rsidRPr="00675E84" w:rsidRDefault="00EF1A0F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proofErr w:type="spellStart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Naslov</w:t>
            </w:r>
            <w:proofErr w:type="spellEnd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ulica</w:t>
            </w:r>
            <w:proofErr w:type="spellEnd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hišna</w:t>
            </w:r>
            <w:proofErr w:type="spellEnd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številka</w:t>
            </w:r>
            <w:proofErr w:type="spellEnd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):</w:t>
            </w:r>
          </w:p>
        </w:tc>
        <w:tc>
          <w:tcPr>
            <w:tcW w:w="6437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33B7A" w:rsidRPr="00675E84" w:rsidRDefault="00EF1A0F">
            <w:pPr>
              <w:spacing w:after="0"/>
              <w:ind w:left="80"/>
              <w:rPr>
                <w:rFonts w:cs="Arial"/>
                <w:color w:val="auto"/>
                <w:sz w:val="20"/>
                <w:szCs w:val="20"/>
              </w:rPr>
            </w:pPr>
            <w:r w:rsidRPr="00675E84">
              <w:rPr>
                <w:rFonts w:cs="Arial"/>
                <w:color w:val="auto"/>
                <w:sz w:val="20"/>
                <w:szCs w:val="20"/>
              </w:rPr>
              <w:t xml:space="preserve">                                                            </w:t>
            </w:r>
          </w:p>
        </w:tc>
      </w:tr>
      <w:tr w:rsidR="00B47A9B" w:rsidRPr="00675E84">
        <w:trPr>
          <w:jc w:val="center"/>
        </w:trPr>
        <w:tc>
          <w:tcPr>
            <w:tcW w:w="3168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33B7A" w:rsidRPr="00675E84" w:rsidRDefault="00EF1A0F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proofErr w:type="spellStart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Poštna</w:t>
            </w:r>
            <w:proofErr w:type="spellEnd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številka</w:t>
            </w:r>
            <w:proofErr w:type="spellEnd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 xml:space="preserve"> in </w:t>
            </w:r>
            <w:proofErr w:type="spellStart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kraj</w:t>
            </w:r>
            <w:proofErr w:type="spellEnd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:</w:t>
            </w:r>
          </w:p>
        </w:tc>
        <w:tc>
          <w:tcPr>
            <w:tcW w:w="6437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33B7A" w:rsidRPr="00675E84" w:rsidRDefault="00EF1A0F">
            <w:pPr>
              <w:spacing w:after="0"/>
              <w:ind w:left="80"/>
              <w:rPr>
                <w:rFonts w:cs="Arial"/>
                <w:color w:val="auto"/>
                <w:sz w:val="20"/>
                <w:szCs w:val="20"/>
              </w:rPr>
            </w:pPr>
            <w:r w:rsidRPr="00675E84">
              <w:rPr>
                <w:rFonts w:cs="Arial"/>
                <w:color w:val="auto"/>
                <w:sz w:val="20"/>
                <w:szCs w:val="20"/>
              </w:rPr>
              <w:t xml:space="preserve">                                                            </w:t>
            </w:r>
          </w:p>
        </w:tc>
      </w:tr>
      <w:tr w:rsidR="00B47A9B" w:rsidRPr="00675E84">
        <w:trPr>
          <w:jc w:val="center"/>
        </w:trPr>
        <w:tc>
          <w:tcPr>
            <w:tcW w:w="3168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33B7A" w:rsidRPr="00675E84" w:rsidRDefault="00EF1A0F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proofErr w:type="spellStart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Telefon</w:t>
            </w:r>
            <w:proofErr w:type="spellEnd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mobitel</w:t>
            </w:r>
            <w:proofErr w:type="spellEnd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:</w:t>
            </w:r>
          </w:p>
        </w:tc>
        <w:tc>
          <w:tcPr>
            <w:tcW w:w="6437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33B7A" w:rsidRPr="00675E84" w:rsidRDefault="00EF1A0F">
            <w:pPr>
              <w:spacing w:after="0"/>
              <w:ind w:left="80"/>
              <w:rPr>
                <w:rFonts w:cs="Arial"/>
                <w:color w:val="auto"/>
                <w:sz w:val="20"/>
                <w:szCs w:val="20"/>
              </w:rPr>
            </w:pPr>
            <w:r w:rsidRPr="00675E84">
              <w:rPr>
                <w:rFonts w:cs="Arial"/>
                <w:color w:val="auto"/>
                <w:sz w:val="20"/>
                <w:szCs w:val="20"/>
              </w:rPr>
              <w:t xml:space="preserve">                                                            </w:t>
            </w:r>
          </w:p>
        </w:tc>
      </w:tr>
      <w:tr w:rsidR="00B47A9B" w:rsidRPr="00675E84">
        <w:trPr>
          <w:jc w:val="center"/>
        </w:trPr>
        <w:tc>
          <w:tcPr>
            <w:tcW w:w="3168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33B7A" w:rsidRPr="00675E84" w:rsidRDefault="00EF1A0F" w:rsidP="00B47A9B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E-</w:t>
            </w:r>
            <w:proofErr w:type="spellStart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naslov</w:t>
            </w:r>
            <w:proofErr w:type="spellEnd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 xml:space="preserve"> (</w:t>
            </w:r>
            <w:proofErr w:type="spellStart"/>
            <w:r w:rsidR="00B47A9B" w:rsidRPr="00675E84">
              <w:rPr>
                <w:rFonts w:cs="Arial"/>
                <w:b/>
                <w:color w:val="auto"/>
                <w:sz w:val="20"/>
                <w:szCs w:val="20"/>
              </w:rPr>
              <w:t>če</w:t>
            </w:r>
            <w:proofErr w:type="spellEnd"/>
            <w:r w:rsidR="00B47A9B" w:rsidRPr="00675E84">
              <w:rPr>
                <w:rFonts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47A9B" w:rsidRPr="00675E84">
              <w:rPr>
                <w:rFonts w:cs="Arial"/>
                <w:b/>
                <w:color w:val="auto"/>
                <w:sz w:val="20"/>
                <w:szCs w:val="20"/>
              </w:rPr>
              <w:t>želite</w:t>
            </w:r>
            <w:proofErr w:type="spellEnd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):</w:t>
            </w:r>
          </w:p>
        </w:tc>
        <w:tc>
          <w:tcPr>
            <w:tcW w:w="6437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33B7A" w:rsidRPr="00675E84" w:rsidRDefault="00133B7A" w:rsidP="00B47A9B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</w:p>
        </w:tc>
      </w:tr>
    </w:tbl>
    <w:p w:rsidR="00133B7A" w:rsidRPr="00675E84" w:rsidRDefault="00675E84" w:rsidP="00675E84">
      <w:pPr>
        <w:pStyle w:val="Naslov1"/>
        <w:rPr>
          <w:rFonts w:ascii="Arial" w:hAnsi="Arial" w:cs="Arial"/>
          <w:color w:val="auto"/>
          <w:sz w:val="20"/>
          <w:szCs w:val="20"/>
        </w:rPr>
      </w:pPr>
      <w:proofErr w:type="spellStart"/>
      <w:r w:rsidRPr="00675E84">
        <w:rPr>
          <w:rFonts w:ascii="Arial" w:hAnsi="Arial" w:cs="Arial"/>
          <w:color w:val="auto"/>
          <w:sz w:val="20"/>
          <w:szCs w:val="20"/>
        </w:rPr>
        <w:t>Želim</w:t>
      </w:r>
      <w:proofErr w:type="spellEnd"/>
      <w:r w:rsidRPr="00675E84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ascii="Arial" w:hAnsi="Arial" w:cs="Arial"/>
          <w:color w:val="auto"/>
          <w:sz w:val="20"/>
          <w:szCs w:val="20"/>
        </w:rPr>
        <w:t>vsak</w:t>
      </w:r>
      <w:proofErr w:type="spellEnd"/>
      <w:r w:rsidRPr="00675E84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ascii="Arial" w:hAnsi="Arial" w:cs="Arial"/>
          <w:color w:val="auto"/>
          <w:sz w:val="20"/>
          <w:szCs w:val="20"/>
        </w:rPr>
        <w:t>mesec</w:t>
      </w:r>
      <w:proofErr w:type="spellEnd"/>
      <w:r w:rsidRPr="00675E84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ascii="Arial" w:hAnsi="Arial" w:cs="Arial"/>
          <w:color w:val="auto"/>
          <w:sz w:val="20"/>
          <w:szCs w:val="20"/>
        </w:rPr>
        <w:t>prispevati</w:t>
      </w:r>
      <w:proofErr w:type="spellEnd"/>
      <w:r w:rsidRPr="00675E84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ascii="Arial" w:hAnsi="Arial" w:cs="Arial"/>
          <w:color w:val="auto"/>
          <w:sz w:val="20"/>
          <w:szCs w:val="20"/>
        </w:rPr>
        <w:t>za</w:t>
      </w:r>
      <w:proofErr w:type="spellEnd"/>
      <w:r w:rsidRPr="00675E84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E41121">
        <w:rPr>
          <w:rFonts w:ascii="Arial" w:hAnsi="Arial" w:cs="Arial"/>
          <w:color w:val="auto"/>
          <w:sz w:val="20"/>
          <w:szCs w:val="20"/>
        </w:rPr>
        <w:t>nakup</w:t>
      </w:r>
      <w:proofErr w:type="spellEnd"/>
      <w:r w:rsidR="00E41121">
        <w:rPr>
          <w:rFonts w:ascii="Arial" w:hAnsi="Arial" w:cs="Arial"/>
          <w:color w:val="auto"/>
          <w:sz w:val="20"/>
          <w:szCs w:val="20"/>
        </w:rPr>
        <w:t xml:space="preserve"> KOZE </w:t>
      </w:r>
      <w:proofErr w:type="spellStart"/>
      <w:r w:rsidR="00E41121">
        <w:rPr>
          <w:rFonts w:ascii="Arial" w:hAnsi="Arial" w:cs="Arial"/>
          <w:color w:val="auto"/>
          <w:sz w:val="20"/>
          <w:szCs w:val="20"/>
        </w:rPr>
        <w:t>za</w:t>
      </w:r>
      <w:proofErr w:type="spellEnd"/>
      <w:r w:rsidR="00E41121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ascii="Arial" w:hAnsi="Arial" w:cs="Arial"/>
          <w:color w:val="auto"/>
          <w:sz w:val="20"/>
          <w:szCs w:val="20"/>
        </w:rPr>
        <w:t>pomoč</w:t>
      </w:r>
      <w:proofErr w:type="spellEnd"/>
      <w:r w:rsidRPr="00675E84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Pr="00ED06CB">
        <w:rPr>
          <w:rFonts w:ascii="Arial" w:hAnsi="Arial" w:cs="Arial"/>
          <w:b w:val="0"/>
          <w:i/>
          <w:color w:val="auto"/>
          <w:sz w:val="20"/>
          <w:szCs w:val="20"/>
        </w:rPr>
        <w:t>(</w:t>
      </w:r>
      <w:proofErr w:type="spellStart"/>
      <w:r w:rsidRPr="00ED06CB">
        <w:rPr>
          <w:rFonts w:ascii="Arial" w:hAnsi="Arial" w:cs="Arial"/>
          <w:b w:val="0"/>
          <w:i/>
          <w:color w:val="auto"/>
          <w:sz w:val="20"/>
          <w:szCs w:val="20"/>
        </w:rPr>
        <w:t>ustrezno</w:t>
      </w:r>
      <w:proofErr w:type="spellEnd"/>
      <w:r w:rsidRPr="00ED06CB">
        <w:rPr>
          <w:rFonts w:ascii="Arial" w:hAnsi="Arial" w:cs="Arial"/>
          <w:b w:val="0"/>
          <w:i/>
          <w:color w:val="auto"/>
          <w:sz w:val="20"/>
          <w:szCs w:val="20"/>
        </w:rPr>
        <w:t xml:space="preserve"> </w:t>
      </w:r>
      <w:proofErr w:type="spellStart"/>
      <w:r w:rsidR="00EF1A0F" w:rsidRPr="00ED06CB">
        <w:rPr>
          <w:rFonts w:ascii="Arial" w:hAnsi="Arial" w:cs="Arial"/>
          <w:b w:val="0"/>
          <w:i/>
          <w:color w:val="auto"/>
          <w:sz w:val="20"/>
          <w:szCs w:val="20"/>
        </w:rPr>
        <w:t>označite</w:t>
      </w:r>
      <w:proofErr w:type="spellEnd"/>
      <w:r w:rsidR="00EF1A0F" w:rsidRPr="00ED06CB">
        <w:rPr>
          <w:rFonts w:ascii="Arial" w:hAnsi="Arial" w:cs="Arial"/>
          <w:b w:val="0"/>
          <w:i/>
          <w:color w:val="auto"/>
          <w:sz w:val="20"/>
          <w:szCs w:val="20"/>
        </w:rPr>
        <w:t xml:space="preserve"> z X)</w:t>
      </w:r>
      <w:r w:rsidR="00EF1A0F" w:rsidRPr="00675E84">
        <w:rPr>
          <w:rFonts w:ascii="Arial" w:hAnsi="Arial" w:cs="Arial"/>
          <w:b w:val="0"/>
          <w:color w:val="auto"/>
          <w:sz w:val="20"/>
          <w:szCs w:val="20"/>
        </w:rPr>
        <w:t>:</w:t>
      </w:r>
    </w:p>
    <w:p w:rsidR="00675E84" w:rsidRDefault="00675E84" w:rsidP="00675E84">
      <w:r>
        <w:t xml:space="preserve">[   ] </w:t>
      </w:r>
      <w:proofErr w:type="spellStart"/>
      <w:r>
        <w:t>družini</w:t>
      </w:r>
      <w:proofErr w:type="spellEnd"/>
      <w:r>
        <w:t xml:space="preserve"> v </w:t>
      </w:r>
      <w:proofErr w:type="spellStart"/>
      <w:r>
        <w:t>Afriki</w:t>
      </w:r>
      <w:proofErr w:type="spellEnd"/>
      <w:r>
        <w:tab/>
        <w:t xml:space="preserve">[   ] </w:t>
      </w:r>
      <w:proofErr w:type="spellStart"/>
      <w:r>
        <w:t>družini</w:t>
      </w:r>
      <w:proofErr w:type="spellEnd"/>
      <w:r>
        <w:t xml:space="preserve"> v </w:t>
      </w:r>
      <w:proofErr w:type="spellStart"/>
      <w:r>
        <w:t>Albaniji</w:t>
      </w:r>
      <w:proofErr w:type="spellEnd"/>
      <w:r>
        <w:tab/>
        <w:t xml:space="preserve"> [   ] </w:t>
      </w:r>
      <w:proofErr w:type="spellStart"/>
      <w:r>
        <w:t>družini</w:t>
      </w:r>
      <w:proofErr w:type="spellEnd"/>
      <w:r>
        <w:t xml:space="preserve"> </w:t>
      </w:r>
      <w:r w:rsidR="00ED06CB">
        <w:t xml:space="preserve">v </w:t>
      </w:r>
      <w:proofErr w:type="spellStart"/>
      <w:r w:rsidR="00ED06CB">
        <w:t>Pakistanu</w:t>
      </w:r>
      <w:proofErr w:type="spellEnd"/>
      <w:r>
        <w:tab/>
        <w:t xml:space="preserve">  </w:t>
      </w:r>
      <w:r>
        <w:br/>
      </w:r>
      <w:bookmarkStart w:id="0" w:name="_GoBack"/>
      <w:bookmarkEnd w:id="0"/>
    </w:p>
    <w:p w:rsidR="00133B7A" w:rsidRPr="00675E84" w:rsidRDefault="00EF1A0F">
      <w:pPr>
        <w:spacing w:after="80"/>
        <w:rPr>
          <w:rFonts w:cs="Arial"/>
          <w:color w:val="auto"/>
          <w:sz w:val="20"/>
          <w:szCs w:val="20"/>
        </w:rPr>
      </w:pPr>
      <w:proofErr w:type="spellStart"/>
      <w:r w:rsidRPr="00675E84">
        <w:rPr>
          <w:rFonts w:cs="Arial"/>
          <w:color w:val="auto"/>
          <w:sz w:val="20"/>
          <w:szCs w:val="20"/>
        </w:rPr>
        <w:t>Izberite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višin</w:t>
      </w:r>
      <w:r w:rsidR="00B47A9B" w:rsidRPr="00675E84">
        <w:rPr>
          <w:rFonts w:cs="Arial"/>
          <w:color w:val="auto"/>
          <w:sz w:val="20"/>
          <w:szCs w:val="20"/>
        </w:rPr>
        <w:t>o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mesečnega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daru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r w:rsidRPr="00ED06CB">
        <w:rPr>
          <w:rFonts w:cs="Arial"/>
          <w:i/>
          <w:color w:val="auto"/>
          <w:sz w:val="20"/>
          <w:szCs w:val="20"/>
        </w:rPr>
        <w:t>(</w:t>
      </w:r>
      <w:proofErr w:type="spellStart"/>
      <w:r w:rsidRPr="00ED06CB">
        <w:rPr>
          <w:rFonts w:cs="Arial"/>
          <w:i/>
          <w:color w:val="auto"/>
          <w:sz w:val="20"/>
          <w:szCs w:val="20"/>
        </w:rPr>
        <w:t>označite</w:t>
      </w:r>
      <w:proofErr w:type="spellEnd"/>
      <w:r w:rsidRPr="00ED06CB">
        <w:rPr>
          <w:rFonts w:cs="Arial"/>
          <w:i/>
          <w:color w:val="auto"/>
          <w:sz w:val="20"/>
          <w:szCs w:val="20"/>
        </w:rPr>
        <w:t xml:space="preserve"> z X)</w:t>
      </w:r>
      <w:r w:rsidRPr="00675E84">
        <w:rPr>
          <w:rFonts w:cs="Arial"/>
          <w:color w:val="auto"/>
          <w:sz w:val="20"/>
          <w:szCs w:val="20"/>
        </w:rPr>
        <w:t>:</w:t>
      </w:r>
    </w:p>
    <w:p w:rsidR="00675E84" w:rsidRDefault="00675E84">
      <w:pPr>
        <w:spacing w:after="80"/>
        <w:rPr>
          <w:rFonts w:cs="Arial"/>
          <w:color w:val="auto"/>
          <w:sz w:val="20"/>
          <w:szCs w:val="20"/>
        </w:rPr>
      </w:pPr>
      <w:r w:rsidRPr="00675E84">
        <w:rPr>
          <w:rFonts w:cs="Arial"/>
          <w:color w:val="auto"/>
          <w:sz w:val="20"/>
          <w:szCs w:val="20"/>
        </w:rPr>
        <w:t xml:space="preserve">[   </w:t>
      </w:r>
      <w:proofErr w:type="gramStart"/>
      <w:r w:rsidRPr="00675E84">
        <w:rPr>
          <w:rFonts w:cs="Arial"/>
          <w:color w:val="auto"/>
          <w:sz w:val="20"/>
          <w:szCs w:val="20"/>
        </w:rPr>
        <w:t xml:space="preserve">]  </w:t>
      </w:r>
      <w:r w:rsidR="00E41121">
        <w:rPr>
          <w:rFonts w:cs="Arial"/>
          <w:color w:val="auto"/>
          <w:sz w:val="20"/>
          <w:szCs w:val="20"/>
        </w:rPr>
        <w:t>1</w:t>
      </w:r>
      <w:r w:rsidR="00ED06CB">
        <w:rPr>
          <w:rFonts w:cs="Arial"/>
          <w:color w:val="auto"/>
          <w:sz w:val="20"/>
          <w:szCs w:val="20"/>
        </w:rPr>
        <w:t>0</w:t>
      </w:r>
      <w:proofErr w:type="gramEnd"/>
      <w:r w:rsidRPr="00675E84">
        <w:rPr>
          <w:rFonts w:cs="Arial"/>
          <w:color w:val="auto"/>
          <w:sz w:val="20"/>
          <w:szCs w:val="20"/>
        </w:rPr>
        <w:t xml:space="preserve"> EUR</w:t>
      </w:r>
      <w:r w:rsidRPr="00675E84">
        <w:rPr>
          <w:rFonts w:cs="Arial"/>
          <w:color w:val="auto"/>
          <w:sz w:val="20"/>
          <w:szCs w:val="20"/>
        </w:rPr>
        <w:tab/>
        <w:t xml:space="preserve">[   ]  </w:t>
      </w:r>
      <w:r w:rsidR="00E41121">
        <w:rPr>
          <w:rFonts w:cs="Arial"/>
          <w:color w:val="auto"/>
          <w:sz w:val="20"/>
          <w:szCs w:val="20"/>
        </w:rPr>
        <w:t>2</w:t>
      </w:r>
      <w:r w:rsidR="00ED06CB">
        <w:rPr>
          <w:rFonts w:cs="Arial"/>
          <w:color w:val="auto"/>
          <w:sz w:val="20"/>
          <w:szCs w:val="20"/>
        </w:rPr>
        <w:t>0</w:t>
      </w:r>
      <w:r w:rsidRPr="00675E84">
        <w:rPr>
          <w:rFonts w:cs="Arial"/>
          <w:color w:val="auto"/>
          <w:sz w:val="20"/>
          <w:szCs w:val="20"/>
        </w:rPr>
        <w:t xml:space="preserve"> EUR</w:t>
      </w:r>
      <w:r w:rsidRPr="00675E84">
        <w:rPr>
          <w:rFonts w:cs="Arial"/>
          <w:color w:val="auto"/>
          <w:sz w:val="20"/>
          <w:szCs w:val="20"/>
        </w:rPr>
        <w:tab/>
        <w:t xml:space="preserve">[   ]  </w:t>
      </w:r>
      <w:r w:rsidR="00E41121">
        <w:rPr>
          <w:rFonts w:cs="Arial"/>
          <w:color w:val="auto"/>
          <w:sz w:val="20"/>
          <w:szCs w:val="20"/>
        </w:rPr>
        <w:t>40</w:t>
      </w:r>
      <w:r w:rsidRPr="00675E84">
        <w:rPr>
          <w:rFonts w:cs="Arial"/>
          <w:color w:val="auto"/>
          <w:sz w:val="20"/>
          <w:szCs w:val="20"/>
        </w:rPr>
        <w:t xml:space="preserve"> EUR</w:t>
      </w:r>
      <w:r w:rsidRPr="00675E84">
        <w:rPr>
          <w:rFonts w:cs="Arial"/>
          <w:color w:val="auto"/>
          <w:sz w:val="20"/>
          <w:szCs w:val="20"/>
        </w:rPr>
        <w:tab/>
        <w:t xml:space="preserve">[   ]  </w:t>
      </w:r>
      <w:r w:rsidR="00ED06CB">
        <w:rPr>
          <w:rFonts w:cs="Arial"/>
          <w:color w:val="auto"/>
          <w:sz w:val="20"/>
          <w:szCs w:val="20"/>
        </w:rPr>
        <w:t>65</w:t>
      </w:r>
      <w:r w:rsidRPr="00675E84">
        <w:rPr>
          <w:rFonts w:cs="Arial"/>
          <w:color w:val="auto"/>
          <w:sz w:val="20"/>
          <w:szCs w:val="20"/>
        </w:rPr>
        <w:t xml:space="preserve"> EUR</w:t>
      </w:r>
      <w:r w:rsidRPr="00675E84">
        <w:rPr>
          <w:rFonts w:cs="Arial"/>
          <w:color w:val="auto"/>
          <w:sz w:val="20"/>
          <w:szCs w:val="20"/>
        </w:rPr>
        <w:tab/>
        <w:t>[   ]  ________ EUR</w:t>
      </w:r>
      <w:r w:rsidR="00ED06CB">
        <w:rPr>
          <w:rFonts w:cs="Arial"/>
          <w:color w:val="auto"/>
          <w:sz w:val="20"/>
          <w:szCs w:val="20"/>
        </w:rPr>
        <w:t xml:space="preserve"> </w:t>
      </w:r>
      <w:r w:rsidR="00ED06CB" w:rsidRPr="00ED06CB">
        <w:rPr>
          <w:rFonts w:cs="Arial"/>
          <w:i/>
          <w:color w:val="auto"/>
          <w:sz w:val="20"/>
          <w:szCs w:val="20"/>
        </w:rPr>
        <w:t>(</w:t>
      </w:r>
      <w:proofErr w:type="spellStart"/>
      <w:r w:rsidR="00ED06CB" w:rsidRPr="00ED06CB">
        <w:rPr>
          <w:rFonts w:cs="Arial"/>
          <w:i/>
          <w:color w:val="auto"/>
          <w:sz w:val="20"/>
          <w:szCs w:val="20"/>
        </w:rPr>
        <w:t>vpiši</w:t>
      </w:r>
      <w:r w:rsidR="00ED06CB">
        <w:rPr>
          <w:rFonts w:cs="Arial"/>
          <w:i/>
          <w:color w:val="auto"/>
          <w:sz w:val="20"/>
          <w:szCs w:val="20"/>
        </w:rPr>
        <w:t>te</w:t>
      </w:r>
      <w:proofErr w:type="spellEnd"/>
      <w:r w:rsidR="00ED06CB" w:rsidRPr="00ED06CB">
        <w:rPr>
          <w:rFonts w:cs="Arial"/>
          <w:i/>
          <w:color w:val="auto"/>
          <w:sz w:val="20"/>
          <w:szCs w:val="20"/>
        </w:rPr>
        <w:t xml:space="preserve"> </w:t>
      </w:r>
      <w:proofErr w:type="spellStart"/>
      <w:r w:rsidR="00ED06CB" w:rsidRPr="00ED06CB">
        <w:rPr>
          <w:rFonts w:cs="Arial"/>
          <w:i/>
          <w:color w:val="auto"/>
          <w:sz w:val="20"/>
          <w:szCs w:val="20"/>
        </w:rPr>
        <w:t>znesek</w:t>
      </w:r>
      <w:proofErr w:type="spellEnd"/>
      <w:r w:rsidR="00ED06CB" w:rsidRPr="00ED06CB">
        <w:rPr>
          <w:rFonts w:cs="Arial"/>
          <w:i/>
          <w:color w:val="auto"/>
          <w:sz w:val="20"/>
          <w:szCs w:val="20"/>
        </w:rPr>
        <w:t>)</w:t>
      </w:r>
    </w:p>
    <w:p w:rsidR="00675E84" w:rsidRDefault="00675E84">
      <w:pPr>
        <w:spacing w:after="80"/>
        <w:rPr>
          <w:rFonts w:cs="Arial"/>
          <w:color w:val="auto"/>
          <w:sz w:val="20"/>
          <w:szCs w:val="20"/>
        </w:rPr>
      </w:pPr>
    </w:p>
    <w:p w:rsidR="00675E84" w:rsidRDefault="00675E84">
      <w:pPr>
        <w:spacing w:after="80"/>
        <w:rPr>
          <w:rFonts w:cs="Arial"/>
          <w:color w:val="auto"/>
          <w:sz w:val="20"/>
          <w:szCs w:val="20"/>
        </w:rPr>
      </w:pPr>
      <w:proofErr w:type="spellStart"/>
      <w:r w:rsidRPr="00675E84">
        <w:rPr>
          <w:rFonts w:cs="Arial"/>
          <w:color w:val="auto"/>
          <w:sz w:val="20"/>
          <w:szCs w:val="20"/>
        </w:rPr>
        <w:t>Izme</w:t>
      </w:r>
      <w:r w:rsidR="009A480B">
        <w:rPr>
          <w:rFonts w:cs="Arial"/>
          <w:color w:val="auto"/>
          <w:sz w:val="20"/>
          <w:szCs w:val="20"/>
        </w:rPr>
        <w:t>d</w:t>
      </w:r>
      <w:proofErr w:type="spellEnd"/>
      <w:r w:rsidR="009A480B">
        <w:rPr>
          <w:rFonts w:cs="Arial"/>
          <w:color w:val="auto"/>
          <w:sz w:val="20"/>
          <w:szCs w:val="20"/>
        </w:rPr>
        <w:t xml:space="preserve"> 2 </w:t>
      </w:r>
      <w:proofErr w:type="spellStart"/>
      <w:r w:rsidR="009A480B">
        <w:rPr>
          <w:rFonts w:cs="Arial"/>
          <w:color w:val="auto"/>
          <w:sz w:val="20"/>
          <w:szCs w:val="20"/>
        </w:rPr>
        <w:t>možnosti</w:t>
      </w:r>
      <w:proofErr w:type="spellEnd"/>
      <w:r w:rsidR="009A480B">
        <w:rPr>
          <w:rFonts w:cs="Arial"/>
          <w:color w:val="auto"/>
          <w:sz w:val="20"/>
          <w:szCs w:val="20"/>
        </w:rPr>
        <w:t xml:space="preserve"> </w:t>
      </w:r>
      <w:proofErr w:type="spellStart"/>
      <w:r w:rsidR="009A480B">
        <w:rPr>
          <w:rFonts w:cs="Arial"/>
          <w:color w:val="auto"/>
          <w:sz w:val="20"/>
          <w:szCs w:val="20"/>
        </w:rPr>
        <w:t>darovanja</w:t>
      </w:r>
      <w:proofErr w:type="spellEnd"/>
      <w:r w:rsidR="009A480B">
        <w:rPr>
          <w:rFonts w:cs="Arial"/>
          <w:color w:val="auto"/>
          <w:sz w:val="20"/>
          <w:szCs w:val="20"/>
        </w:rPr>
        <w:t xml:space="preserve"> </w:t>
      </w:r>
      <w:proofErr w:type="spellStart"/>
      <w:r w:rsidR="009A480B">
        <w:rPr>
          <w:rFonts w:cs="Arial"/>
          <w:color w:val="auto"/>
          <w:sz w:val="20"/>
          <w:szCs w:val="20"/>
        </w:rPr>
        <w:t>izbiram</w:t>
      </w:r>
      <w:proofErr w:type="spellEnd"/>
      <w:r w:rsidR="00ED06CB">
        <w:rPr>
          <w:rFonts w:cs="Arial"/>
          <w:color w:val="auto"/>
          <w:sz w:val="20"/>
          <w:szCs w:val="20"/>
        </w:rPr>
        <w:t xml:space="preserve"> </w:t>
      </w:r>
      <w:r w:rsidR="00ED06CB" w:rsidRPr="00ED06CB">
        <w:rPr>
          <w:rFonts w:cs="Arial"/>
          <w:i/>
          <w:color w:val="auto"/>
          <w:sz w:val="20"/>
          <w:szCs w:val="20"/>
        </w:rPr>
        <w:t>(</w:t>
      </w:r>
      <w:proofErr w:type="spellStart"/>
      <w:r w:rsidR="00ED06CB" w:rsidRPr="00ED06CB">
        <w:rPr>
          <w:rFonts w:cs="Arial"/>
          <w:i/>
          <w:color w:val="auto"/>
          <w:sz w:val="20"/>
          <w:szCs w:val="20"/>
        </w:rPr>
        <w:t>označite</w:t>
      </w:r>
      <w:proofErr w:type="spellEnd"/>
      <w:r w:rsidR="00ED06CB" w:rsidRPr="00ED06CB">
        <w:rPr>
          <w:rFonts w:cs="Arial"/>
          <w:i/>
          <w:color w:val="auto"/>
          <w:sz w:val="20"/>
          <w:szCs w:val="20"/>
        </w:rPr>
        <w:t xml:space="preserve"> z X)</w:t>
      </w:r>
      <w:r w:rsidRPr="00675E84">
        <w:rPr>
          <w:rFonts w:cs="Arial"/>
          <w:color w:val="auto"/>
          <w:sz w:val="20"/>
          <w:szCs w:val="20"/>
        </w:rPr>
        <w:t>:</w:t>
      </w:r>
    </w:p>
    <w:p w:rsidR="00675E84" w:rsidRPr="009A480B" w:rsidRDefault="00675E84" w:rsidP="00675E84">
      <w:pPr>
        <w:pStyle w:val="Odstavekseznama"/>
        <w:numPr>
          <w:ilvl w:val="0"/>
          <w:numId w:val="10"/>
        </w:numPr>
        <w:spacing w:after="80"/>
        <w:rPr>
          <w:rFonts w:cs="Arial"/>
          <w:b/>
          <w:color w:val="auto"/>
          <w:sz w:val="20"/>
          <w:szCs w:val="20"/>
        </w:rPr>
      </w:pPr>
      <w:proofErr w:type="spellStart"/>
      <w:r w:rsidRPr="009A480B">
        <w:rPr>
          <w:rFonts w:cs="Arial"/>
          <w:b/>
          <w:color w:val="auto"/>
          <w:sz w:val="20"/>
          <w:szCs w:val="20"/>
        </w:rPr>
        <w:t>možnost</w:t>
      </w:r>
      <w:proofErr w:type="spellEnd"/>
      <w:r w:rsidRPr="009A480B">
        <w:rPr>
          <w:rFonts w:cs="Arial"/>
          <w:b/>
          <w:color w:val="auto"/>
          <w:sz w:val="20"/>
          <w:szCs w:val="20"/>
        </w:rPr>
        <w:t xml:space="preserve">: </w:t>
      </w:r>
      <w:proofErr w:type="spellStart"/>
      <w:r w:rsidRPr="009A480B">
        <w:rPr>
          <w:rFonts w:cs="Arial"/>
          <w:b/>
          <w:color w:val="auto"/>
          <w:sz w:val="20"/>
          <w:szCs w:val="20"/>
        </w:rPr>
        <w:t>Položnica</w:t>
      </w:r>
      <w:proofErr w:type="spellEnd"/>
      <w:r w:rsidRPr="009A480B">
        <w:rPr>
          <w:rFonts w:cs="Arial"/>
          <w:b/>
          <w:color w:val="auto"/>
          <w:sz w:val="20"/>
          <w:szCs w:val="20"/>
        </w:rPr>
        <w:t xml:space="preserve">: </w:t>
      </w:r>
      <w:r w:rsidR="009A480B">
        <w:rPr>
          <w:rFonts w:cs="Arial"/>
          <w:color w:val="auto"/>
          <w:sz w:val="20"/>
          <w:szCs w:val="20"/>
        </w:rPr>
        <w:t xml:space="preserve">[   ] </w:t>
      </w:r>
      <w:proofErr w:type="spellStart"/>
      <w:r w:rsidRPr="009A480B">
        <w:rPr>
          <w:rFonts w:cs="Arial"/>
          <w:color w:val="auto"/>
          <w:sz w:val="20"/>
          <w:szCs w:val="20"/>
        </w:rPr>
        <w:t>vsak</w:t>
      </w:r>
      <w:proofErr w:type="spellEnd"/>
      <w:r w:rsidRPr="009A480B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9A480B">
        <w:rPr>
          <w:rFonts w:cs="Arial"/>
          <w:color w:val="auto"/>
          <w:sz w:val="20"/>
          <w:szCs w:val="20"/>
        </w:rPr>
        <w:t>mesec</w:t>
      </w:r>
      <w:proofErr w:type="spellEnd"/>
      <w:r w:rsidRPr="009A480B">
        <w:rPr>
          <w:rFonts w:cs="Arial"/>
          <w:color w:val="auto"/>
          <w:sz w:val="20"/>
          <w:szCs w:val="20"/>
        </w:rPr>
        <w:t xml:space="preserve">    [   ] 4x - </w:t>
      </w:r>
      <w:proofErr w:type="spellStart"/>
      <w:r w:rsidRPr="009A480B">
        <w:rPr>
          <w:rFonts w:cs="Arial"/>
          <w:color w:val="auto"/>
          <w:sz w:val="20"/>
          <w:szCs w:val="20"/>
        </w:rPr>
        <w:t>letno</w:t>
      </w:r>
      <w:proofErr w:type="spellEnd"/>
      <w:r w:rsidRPr="009A480B">
        <w:rPr>
          <w:rFonts w:cs="Arial"/>
          <w:color w:val="auto"/>
          <w:sz w:val="20"/>
          <w:szCs w:val="20"/>
        </w:rPr>
        <w:tab/>
        <w:t xml:space="preserve">[   ] 2x – </w:t>
      </w:r>
      <w:proofErr w:type="spellStart"/>
      <w:r w:rsidRPr="009A480B">
        <w:rPr>
          <w:rFonts w:cs="Arial"/>
          <w:color w:val="auto"/>
          <w:sz w:val="20"/>
          <w:szCs w:val="20"/>
        </w:rPr>
        <w:t>letno</w:t>
      </w:r>
      <w:proofErr w:type="spellEnd"/>
    </w:p>
    <w:p w:rsidR="00675E84" w:rsidRPr="00675E84" w:rsidRDefault="00675E84" w:rsidP="00675E84">
      <w:pPr>
        <w:pStyle w:val="Odstavekseznama"/>
        <w:spacing w:after="80"/>
        <w:rPr>
          <w:rFonts w:cs="Arial"/>
          <w:b/>
          <w:color w:val="auto"/>
          <w:sz w:val="20"/>
          <w:szCs w:val="20"/>
        </w:rPr>
      </w:pPr>
    </w:p>
    <w:p w:rsidR="00675E84" w:rsidRPr="009A480B" w:rsidRDefault="00675E84" w:rsidP="00675E84">
      <w:pPr>
        <w:pStyle w:val="Odstavekseznama"/>
        <w:numPr>
          <w:ilvl w:val="0"/>
          <w:numId w:val="10"/>
        </w:numPr>
        <w:spacing w:after="80"/>
        <w:rPr>
          <w:rFonts w:cs="Arial"/>
          <w:b/>
          <w:color w:val="auto"/>
          <w:sz w:val="20"/>
          <w:szCs w:val="20"/>
        </w:rPr>
      </w:pPr>
      <w:proofErr w:type="spellStart"/>
      <w:r w:rsidRPr="009A480B">
        <w:rPr>
          <w:rFonts w:cs="Arial"/>
          <w:b/>
          <w:color w:val="auto"/>
          <w:sz w:val="20"/>
          <w:szCs w:val="20"/>
        </w:rPr>
        <w:t>možnost</w:t>
      </w:r>
      <w:proofErr w:type="spellEnd"/>
      <w:r w:rsidRPr="009A480B">
        <w:rPr>
          <w:rFonts w:cs="Arial"/>
          <w:b/>
          <w:color w:val="auto"/>
          <w:sz w:val="20"/>
          <w:szCs w:val="20"/>
        </w:rPr>
        <w:t xml:space="preserve">: </w:t>
      </w:r>
      <w:proofErr w:type="spellStart"/>
      <w:r w:rsidRPr="009A480B">
        <w:rPr>
          <w:rFonts w:cs="Arial"/>
          <w:b/>
          <w:color w:val="auto"/>
          <w:sz w:val="20"/>
          <w:szCs w:val="20"/>
        </w:rPr>
        <w:t>Trajnik</w:t>
      </w:r>
      <w:proofErr w:type="spellEnd"/>
      <w:r w:rsidRPr="009A480B">
        <w:rPr>
          <w:rFonts w:cs="Arial"/>
          <w:b/>
          <w:color w:val="auto"/>
          <w:sz w:val="20"/>
          <w:szCs w:val="20"/>
        </w:rPr>
        <w:t xml:space="preserve"> </w:t>
      </w:r>
      <w:proofErr w:type="spellStart"/>
      <w:r w:rsidRPr="009A480B">
        <w:rPr>
          <w:rFonts w:cs="Arial"/>
          <w:b/>
          <w:color w:val="auto"/>
          <w:sz w:val="20"/>
          <w:szCs w:val="20"/>
        </w:rPr>
        <w:t>na</w:t>
      </w:r>
      <w:proofErr w:type="spellEnd"/>
      <w:r w:rsidRPr="009A480B">
        <w:rPr>
          <w:rFonts w:cs="Arial"/>
          <w:b/>
          <w:color w:val="auto"/>
          <w:sz w:val="20"/>
          <w:szCs w:val="20"/>
        </w:rPr>
        <w:t xml:space="preserve"> </w:t>
      </w:r>
      <w:proofErr w:type="spellStart"/>
      <w:r w:rsidRPr="009A480B">
        <w:rPr>
          <w:rFonts w:cs="Arial"/>
          <w:b/>
          <w:color w:val="auto"/>
          <w:sz w:val="20"/>
          <w:szCs w:val="20"/>
        </w:rPr>
        <w:t>banki</w:t>
      </w:r>
      <w:proofErr w:type="spellEnd"/>
      <w:r w:rsidRPr="009A480B">
        <w:rPr>
          <w:rFonts w:cs="Arial"/>
          <w:b/>
          <w:color w:val="auto"/>
          <w:sz w:val="20"/>
          <w:szCs w:val="20"/>
        </w:rPr>
        <w:t xml:space="preserve"> </w:t>
      </w:r>
    </w:p>
    <w:p w:rsidR="00133B7A" w:rsidRPr="00675E84" w:rsidRDefault="00EF1A0F">
      <w:pPr>
        <w:spacing w:after="160"/>
        <w:rPr>
          <w:rFonts w:cs="Arial"/>
          <w:color w:val="auto"/>
          <w:sz w:val="20"/>
          <w:szCs w:val="20"/>
        </w:rPr>
      </w:pPr>
      <w:proofErr w:type="spellStart"/>
      <w:r w:rsidRPr="00675E84">
        <w:rPr>
          <w:rFonts w:cs="Arial"/>
          <w:color w:val="auto"/>
          <w:sz w:val="20"/>
          <w:szCs w:val="20"/>
        </w:rPr>
        <w:t>Podpisani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pooblaščam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svojo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banko</w:t>
      </w:r>
      <w:proofErr w:type="spellEnd"/>
      <w:r w:rsidR="009A480B">
        <w:rPr>
          <w:rFonts w:cs="Arial"/>
          <w:color w:val="auto"/>
          <w:sz w:val="20"/>
          <w:szCs w:val="20"/>
        </w:rPr>
        <w:t>: _______________________________________ (</w:t>
      </w:r>
      <w:proofErr w:type="spellStart"/>
      <w:r w:rsidR="009A480B">
        <w:rPr>
          <w:rFonts w:cs="Arial"/>
          <w:color w:val="auto"/>
          <w:sz w:val="20"/>
          <w:szCs w:val="20"/>
        </w:rPr>
        <w:t>naziv</w:t>
      </w:r>
      <w:proofErr w:type="spellEnd"/>
      <w:r w:rsidR="009A480B">
        <w:rPr>
          <w:rFonts w:cs="Arial"/>
          <w:color w:val="auto"/>
          <w:sz w:val="20"/>
          <w:szCs w:val="20"/>
        </w:rPr>
        <w:t xml:space="preserve"> </w:t>
      </w:r>
      <w:proofErr w:type="spellStart"/>
      <w:r w:rsidR="009A480B">
        <w:rPr>
          <w:rFonts w:cs="Arial"/>
          <w:color w:val="auto"/>
          <w:sz w:val="20"/>
          <w:szCs w:val="20"/>
        </w:rPr>
        <w:t>banke</w:t>
      </w:r>
      <w:proofErr w:type="spellEnd"/>
      <w:r w:rsidR="009A480B">
        <w:rPr>
          <w:rFonts w:cs="Arial"/>
          <w:color w:val="auto"/>
          <w:sz w:val="20"/>
          <w:szCs w:val="20"/>
        </w:rPr>
        <w:t>)</w:t>
      </w:r>
      <w:r w:rsidRPr="00675E84">
        <w:rPr>
          <w:rFonts w:cs="Arial"/>
          <w:color w:val="auto"/>
          <w:sz w:val="20"/>
          <w:szCs w:val="20"/>
        </w:rPr>
        <w:t xml:space="preserve">, da </w:t>
      </w:r>
      <w:proofErr w:type="spellStart"/>
      <w:r w:rsidRPr="00675E84">
        <w:rPr>
          <w:rFonts w:cs="Arial"/>
          <w:color w:val="auto"/>
          <w:sz w:val="20"/>
          <w:szCs w:val="20"/>
        </w:rPr>
        <w:t>iz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mojega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transakcijskega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računa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(TRR):</w:t>
      </w:r>
      <w:r w:rsidR="009A480B">
        <w:rPr>
          <w:rFonts w:cs="Arial"/>
          <w:color w:val="auto"/>
          <w:sz w:val="20"/>
          <w:szCs w:val="20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B47A9B" w:rsidRPr="00675E84" w:rsidTr="00EF1A0F">
        <w:trPr>
          <w:trHeight w:hRule="exact" w:val="340"/>
          <w:jc w:val="center"/>
        </w:trPr>
        <w:tc>
          <w:tcPr>
            <w:tcW w:w="5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EF1A0F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S</w:t>
            </w:r>
          </w:p>
        </w:tc>
        <w:tc>
          <w:tcPr>
            <w:tcW w:w="5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EF1A0F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I</w:t>
            </w:r>
          </w:p>
        </w:tc>
        <w:tc>
          <w:tcPr>
            <w:tcW w:w="5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EF1A0F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5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EF1A0F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4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133B7A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133B7A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133B7A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133B7A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EF1A0F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75E84">
              <w:rPr>
                <w:rFonts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4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133B7A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133B7A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133B7A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133B7A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EF1A0F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75E84">
              <w:rPr>
                <w:rFonts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4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133B7A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133B7A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133B7A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133B7A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EF1A0F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75E84">
              <w:rPr>
                <w:rFonts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4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133B7A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</w:tr>
    </w:tbl>
    <w:p w:rsidR="00133B7A" w:rsidRPr="009A480B" w:rsidRDefault="00EF1A0F">
      <w:pPr>
        <w:spacing w:before="40"/>
        <w:rPr>
          <w:rFonts w:cs="Arial"/>
          <w:color w:val="auto"/>
          <w:sz w:val="16"/>
          <w:szCs w:val="20"/>
        </w:rPr>
      </w:pPr>
      <w:r w:rsidRPr="009A480B">
        <w:rPr>
          <w:rFonts w:cs="Arial"/>
          <w:i/>
          <w:color w:val="auto"/>
          <w:sz w:val="16"/>
          <w:szCs w:val="20"/>
        </w:rPr>
        <w:t>(</w:t>
      </w:r>
      <w:proofErr w:type="spellStart"/>
      <w:r w:rsidRPr="009A480B">
        <w:rPr>
          <w:rFonts w:cs="Arial"/>
          <w:i/>
          <w:color w:val="auto"/>
          <w:sz w:val="16"/>
          <w:szCs w:val="20"/>
        </w:rPr>
        <w:t>Številko</w:t>
      </w:r>
      <w:proofErr w:type="spellEnd"/>
      <w:r w:rsidRPr="009A480B">
        <w:rPr>
          <w:rFonts w:cs="Arial"/>
          <w:i/>
          <w:color w:val="auto"/>
          <w:sz w:val="16"/>
          <w:szCs w:val="20"/>
        </w:rPr>
        <w:t xml:space="preserve"> </w:t>
      </w:r>
      <w:proofErr w:type="spellStart"/>
      <w:r w:rsidRPr="009A480B">
        <w:rPr>
          <w:rFonts w:cs="Arial"/>
          <w:i/>
          <w:color w:val="auto"/>
          <w:sz w:val="16"/>
          <w:szCs w:val="20"/>
        </w:rPr>
        <w:t>računa</w:t>
      </w:r>
      <w:proofErr w:type="spellEnd"/>
      <w:r w:rsidRPr="009A480B">
        <w:rPr>
          <w:rFonts w:cs="Arial"/>
          <w:i/>
          <w:color w:val="auto"/>
          <w:sz w:val="16"/>
          <w:szCs w:val="20"/>
        </w:rPr>
        <w:t xml:space="preserve"> </w:t>
      </w:r>
      <w:proofErr w:type="spellStart"/>
      <w:r w:rsidRPr="009A480B">
        <w:rPr>
          <w:rFonts w:cs="Arial"/>
          <w:i/>
          <w:color w:val="auto"/>
          <w:sz w:val="16"/>
          <w:szCs w:val="20"/>
        </w:rPr>
        <w:t>prepišite</w:t>
      </w:r>
      <w:proofErr w:type="spellEnd"/>
      <w:r w:rsidRPr="009A480B">
        <w:rPr>
          <w:rFonts w:cs="Arial"/>
          <w:i/>
          <w:color w:val="auto"/>
          <w:sz w:val="16"/>
          <w:szCs w:val="20"/>
        </w:rPr>
        <w:t xml:space="preserve"> </w:t>
      </w:r>
      <w:proofErr w:type="spellStart"/>
      <w:r w:rsidRPr="009A480B">
        <w:rPr>
          <w:rFonts w:cs="Arial"/>
          <w:i/>
          <w:color w:val="auto"/>
          <w:sz w:val="16"/>
          <w:szCs w:val="20"/>
        </w:rPr>
        <w:t>iz</w:t>
      </w:r>
      <w:proofErr w:type="spellEnd"/>
      <w:r w:rsidRPr="009A480B">
        <w:rPr>
          <w:rFonts w:cs="Arial"/>
          <w:i/>
          <w:color w:val="auto"/>
          <w:sz w:val="16"/>
          <w:szCs w:val="20"/>
        </w:rPr>
        <w:t xml:space="preserve"> svoje bančne kartice. SI56 je že izpolnjeno.)</w:t>
      </w:r>
    </w:p>
    <w:p w:rsidR="00133B7A" w:rsidRPr="00675E84" w:rsidRDefault="00EF1A0F" w:rsidP="009A480B">
      <w:pPr>
        <w:rPr>
          <w:rFonts w:cs="Arial"/>
          <w:color w:val="auto"/>
          <w:sz w:val="20"/>
          <w:szCs w:val="20"/>
        </w:rPr>
      </w:pPr>
      <w:proofErr w:type="gramStart"/>
      <w:r w:rsidRPr="00675E84">
        <w:rPr>
          <w:rFonts w:cs="Arial"/>
          <w:color w:val="auto"/>
          <w:sz w:val="20"/>
          <w:szCs w:val="20"/>
        </w:rPr>
        <w:t>vsakega</w:t>
      </w:r>
      <w:proofErr w:type="gramEnd"/>
      <w:r w:rsidRPr="00675E84">
        <w:rPr>
          <w:rFonts w:cs="Arial"/>
          <w:color w:val="auto"/>
          <w:sz w:val="20"/>
          <w:szCs w:val="20"/>
        </w:rPr>
        <w:t xml:space="preserve">   [   ]  8.    </w:t>
      </w:r>
      <w:proofErr w:type="gramStart"/>
      <w:r w:rsidRPr="00675E84">
        <w:rPr>
          <w:rFonts w:cs="Arial"/>
          <w:color w:val="auto"/>
          <w:sz w:val="20"/>
          <w:szCs w:val="20"/>
        </w:rPr>
        <w:t>ali</w:t>
      </w:r>
      <w:proofErr w:type="gramEnd"/>
      <w:r w:rsidRPr="00675E84">
        <w:rPr>
          <w:rFonts w:cs="Arial"/>
          <w:color w:val="auto"/>
          <w:sz w:val="20"/>
          <w:szCs w:val="20"/>
        </w:rPr>
        <w:t xml:space="preserve">    [   ]  18.   v </w:t>
      </w:r>
      <w:proofErr w:type="spellStart"/>
      <w:r w:rsidRPr="00675E84">
        <w:rPr>
          <w:rFonts w:cs="Arial"/>
          <w:color w:val="auto"/>
          <w:sz w:val="20"/>
          <w:szCs w:val="20"/>
        </w:rPr>
        <w:t>mesecu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r w:rsidR="009A480B" w:rsidRPr="00ED06CB">
        <w:rPr>
          <w:rFonts w:cs="Arial"/>
          <w:i/>
          <w:color w:val="auto"/>
          <w:sz w:val="20"/>
          <w:szCs w:val="20"/>
        </w:rPr>
        <w:t>(</w:t>
      </w:r>
      <w:proofErr w:type="spellStart"/>
      <w:r w:rsidR="009A480B" w:rsidRPr="00ED06CB">
        <w:rPr>
          <w:rFonts w:cs="Arial"/>
          <w:i/>
          <w:color w:val="auto"/>
          <w:sz w:val="20"/>
          <w:szCs w:val="20"/>
        </w:rPr>
        <w:t>označite</w:t>
      </w:r>
      <w:proofErr w:type="spellEnd"/>
      <w:r w:rsidR="009A480B" w:rsidRPr="00ED06CB">
        <w:rPr>
          <w:rFonts w:cs="Arial"/>
          <w:i/>
          <w:color w:val="auto"/>
          <w:sz w:val="20"/>
          <w:szCs w:val="20"/>
        </w:rPr>
        <w:t xml:space="preserve"> z X)</w:t>
      </w:r>
      <w:r w:rsidR="009A480B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nakaže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izbra</w:t>
      </w:r>
      <w:r w:rsidR="00B47A9B" w:rsidRPr="00675E84">
        <w:rPr>
          <w:rFonts w:cs="Arial"/>
          <w:color w:val="auto"/>
          <w:sz w:val="20"/>
          <w:szCs w:val="20"/>
        </w:rPr>
        <w:t>ni</w:t>
      </w:r>
      <w:proofErr w:type="spellEnd"/>
      <w:r w:rsidR="00B47A9B"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="00B47A9B" w:rsidRPr="00675E84">
        <w:rPr>
          <w:rFonts w:cs="Arial"/>
          <w:color w:val="auto"/>
          <w:sz w:val="20"/>
          <w:szCs w:val="20"/>
        </w:rPr>
        <w:t>mesečni</w:t>
      </w:r>
      <w:proofErr w:type="spellEnd"/>
      <w:r w:rsidR="00B47A9B"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="00B47A9B" w:rsidRPr="00675E84">
        <w:rPr>
          <w:rFonts w:cs="Arial"/>
          <w:color w:val="auto"/>
          <w:sz w:val="20"/>
          <w:szCs w:val="20"/>
        </w:rPr>
        <w:t>prispevek</w:t>
      </w:r>
      <w:proofErr w:type="spellEnd"/>
      <w:r w:rsidR="00B47A9B"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="00B47A9B" w:rsidRPr="00675E84">
        <w:rPr>
          <w:rFonts w:cs="Arial"/>
          <w:color w:val="auto"/>
          <w:sz w:val="20"/>
          <w:szCs w:val="20"/>
        </w:rPr>
        <w:t>prejemniku</w:t>
      </w:r>
      <w:proofErr w:type="spellEnd"/>
      <w:r w:rsidR="00B47A9B"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="00B47A9B" w:rsidRPr="00675E84">
        <w:rPr>
          <w:rFonts w:cs="Arial"/>
          <w:color w:val="auto"/>
          <w:sz w:val="20"/>
          <w:szCs w:val="20"/>
        </w:rPr>
        <w:t>na</w:t>
      </w:r>
      <w:proofErr w:type="spellEnd"/>
      <w:r w:rsidR="00B47A9B" w:rsidRPr="00675E84">
        <w:rPr>
          <w:rFonts w:cs="Arial"/>
          <w:color w:val="auto"/>
          <w:sz w:val="20"/>
          <w:szCs w:val="20"/>
        </w:rPr>
        <w:t xml:space="preserve"> </w:t>
      </w:r>
      <w:r w:rsidRPr="00675E84">
        <w:rPr>
          <w:rFonts w:cs="Arial"/>
          <w:color w:val="auto"/>
          <w:sz w:val="20"/>
          <w:szCs w:val="20"/>
        </w:rPr>
        <w:t xml:space="preserve">TRR </w:t>
      </w:r>
      <w:proofErr w:type="spellStart"/>
      <w:r w:rsidRPr="00675E84">
        <w:rPr>
          <w:rFonts w:cs="Arial"/>
          <w:color w:val="auto"/>
          <w:sz w:val="20"/>
          <w:szCs w:val="20"/>
        </w:rPr>
        <w:t>prejemnika</w:t>
      </w:r>
      <w:proofErr w:type="spellEnd"/>
      <w:r w:rsidRPr="00675E84">
        <w:rPr>
          <w:rFonts w:cs="Arial"/>
          <w:color w:val="auto"/>
          <w:sz w:val="20"/>
          <w:szCs w:val="20"/>
        </w:rPr>
        <w:t>: SI56 0214 0001 5556 761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663"/>
        <w:gridCol w:w="2942"/>
      </w:tblGrid>
      <w:tr w:rsidR="00B47A9B" w:rsidRPr="00675E84" w:rsidTr="00B47A9B">
        <w:trPr>
          <w:trHeight w:val="20"/>
          <w:jc w:val="center"/>
        </w:trPr>
        <w:tc>
          <w:tcPr>
            <w:tcW w:w="6663" w:type="dxa"/>
            <w:tcMar>
              <w:top w:w="140" w:type="dxa"/>
              <w:left w:w="40" w:type="dxa"/>
              <w:bottom w:w="140" w:type="dxa"/>
              <w:right w:w="40" w:type="dxa"/>
            </w:tcMar>
          </w:tcPr>
          <w:p w:rsidR="00B47A9B" w:rsidRPr="00675E84" w:rsidRDefault="00EF1A0F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proofErr w:type="spellStart"/>
            <w:r w:rsidRPr="00675E84">
              <w:rPr>
                <w:rFonts w:cs="Arial"/>
                <w:color w:val="auto"/>
                <w:sz w:val="20"/>
                <w:szCs w:val="20"/>
              </w:rPr>
              <w:t>Soglašam</w:t>
            </w:r>
            <w:proofErr w:type="spellEnd"/>
            <w:r w:rsidRPr="00675E84">
              <w:rPr>
                <w:rFonts w:cs="Arial"/>
                <w:color w:val="auto"/>
                <w:sz w:val="20"/>
                <w:szCs w:val="20"/>
              </w:rPr>
              <w:t xml:space="preserve">, da Slovenska karitas hrani zgoraj navedene podatke izključno za obveščanje in za namen pooblastila. Pooblastilo lahko </w:t>
            </w:r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kadarkoli pisno prekinete</w:t>
            </w:r>
            <w:r w:rsidRPr="00675E84">
              <w:rPr>
                <w:rFonts w:cs="Arial"/>
                <w:i/>
                <w:color w:val="auto"/>
                <w:sz w:val="20"/>
                <w:szCs w:val="20"/>
              </w:rPr>
              <w:t>.</w:t>
            </w:r>
            <w:r w:rsidRPr="00675E84">
              <w:rPr>
                <w:rFonts w:cs="Arial"/>
                <w:i/>
                <w:color w:val="auto"/>
                <w:sz w:val="20"/>
                <w:szCs w:val="20"/>
              </w:rPr>
              <w:br/>
            </w:r>
          </w:p>
          <w:p w:rsidR="00133B7A" w:rsidRPr="00675E84" w:rsidRDefault="00B47A9B" w:rsidP="00B47A9B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proofErr w:type="spellStart"/>
            <w:r w:rsidRPr="00675E84">
              <w:rPr>
                <w:rFonts w:cs="Arial"/>
                <w:color w:val="auto"/>
                <w:sz w:val="20"/>
                <w:szCs w:val="20"/>
              </w:rPr>
              <w:t>Kraj</w:t>
            </w:r>
            <w:proofErr w:type="spellEnd"/>
            <w:r w:rsidRPr="00675E84">
              <w:rPr>
                <w:rFonts w:cs="Arial"/>
                <w:color w:val="auto"/>
                <w:sz w:val="20"/>
                <w:szCs w:val="20"/>
              </w:rPr>
              <w:t xml:space="preserve"> in datum:</w:t>
            </w:r>
          </w:p>
        </w:tc>
        <w:tc>
          <w:tcPr>
            <w:tcW w:w="2942" w:type="dxa"/>
            <w:tcMar>
              <w:top w:w="140" w:type="dxa"/>
              <w:left w:w="40" w:type="dxa"/>
              <w:bottom w:w="140" w:type="dxa"/>
              <w:right w:w="40" w:type="dxa"/>
            </w:tcMar>
          </w:tcPr>
          <w:p w:rsidR="00133B7A" w:rsidRPr="00675E84" w:rsidRDefault="00EF1A0F" w:rsidP="006174D9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proofErr w:type="spellStart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Podpis</w:t>
            </w:r>
            <w:proofErr w:type="spellEnd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darovalca</w:t>
            </w:r>
            <w:proofErr w:type="spellEnd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:</w:t>
            </w:r>
            <w:r w:rsidRPr="00675E84">
              <w:rPr>
                <w:rFonts w:cs="Arial"/>
                <w:b/>
                <w:color w:val="auto"/>
                <w:sz w:val="20"/>
                <w:szCs w:val="20"/>
              </w:rPr>
              <w:br/>
            </w:r>
            <w:r w:rsidRPr="00675E84">
              <w:rPr>
                <w:rFonts w:cs="Arial"/>
                <w:b/>
                <w:color w:val="auto"/>
                <w:sz w:val="20"/>
                <w:szCs w:val="20"/>
              </w:rPr>
              <w:br/>
            </w:r>
          </w:p>
        </w:tc>
      </w:tr>
    </w:tbl>
    <w:p w:rsidR="00133B7A" w:rsidRPr="00675E84" w:rsidRDefault="00EF1A0F" w:rsidP="00EF1A0F">
      <w:pPr>
        <w:pBdr>
          <w:top w:val="single" w:sz="4" w:space="1" w:color="CCCCCC"/>
        </w:pBdr>
        <w:spacing w:after="160"/>
        <w:rPr>
          <w:rFonts w:cs="Arial"/>
          <w:color w:val="auto"/>
          <w:sz w:val="20"/>
          <w:szCs w:val="20"/>
        </w:rPr>
      </w:pPr>
      <w:r w:rsidRPr="00675E84">
        <w:rPr>
          <w:rFonts w:cs="Arial"/>
          <w:color w:val="auto"/>
          <w:sz w:val="20"/>
          <w:szCs w:val="20"/>
        </w:rPr>
        <w:br/>
      </w:r>
      <w:proofErr w:type="spellStart"/>
      <w:r w:rsidRPr="00675E84">
        <w:rPr>
          <w:rFonts w:cs="Arial"/>
          <w:b/>
          <w:color w:val="auto"/>
          <w:sz w:val="20"/>
          <w:szCs w:val="20"/>
        </w:rPr>
        <w:t>Kako</w:t>
      </w:r>
      <w:proofErr w:type="spellEnd"/>
      <w:r w:rsidRPr="00675E84">
        <w:rPr>
          <w:rFonts w:cs="Arial"/>
          <w:b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b/>
          <w:color w:val="auto"/>
          <w:sz w:val="20"/>
          <w:szCs w:val="20"/>
        </w:rPr>
        <w:t>nam</w:t>
      </w:r>
      <w:proofErr w:type="spellEnd"/>
      <w:r w:rsidRPr="00675E84">
        <w:rPr>
          <w:rFonts w:cs="Arial"/>
          <w:b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b/>
          <w:color w:val="auto"/>
          <w:sz w:val="20"/>
          <w:szCs w:val="20"/>
        </w:rPr>
        <w:t>pošljete</w:t>
      </w:r>
      <w:proofErr w:type="spellEnd"/>
      <w:r w:rsidRPr="00675E84">
        <w:rPr>
          <w:rFonts w:cs="Arial"/>
          <w:b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b/>
          <w:color w:val="auto"/>
          <w:sz w:val="20"/>
          <w:szCs w:val="20"/>
        </w:rPr>
        <w:t>izpolnjeno</w:t>
      </w:r>
      <w:proofErr w:type="spellEnd"/>
      <w:r w:rsidRPr="00675E84">
        <w:rPr>
          <w:rFonts w:cs="Arial"/>
          <w:b/>
          <w:color w:val="auto"/>
          <w:sz w:val="20"/>
          <w:szCs w:val="20"/>
        </w:rPr>
        <w:t xml:space="preserve"> pooblastilo?</w:t>
      </w:r>
    </w:p>
    <w:p w:rsidR="00133B7A" w:rsidRPr="00675E84" w:rsidRDefault="00EF1A0F">
      <w:pPr>
        <w:spacing w:after="0"/>
        <w:rPr>
          <w:rFonts w:cs="Arial"/>
          <w:color w:val="auto"/>
          <w:sz w:val="20"/>
          <w:szCs w:val="20"/>
        </w:rPr>
      </w:pPr>
      <w:proofErr w:type="spellStart"/>
      <w:r w:rsidRPr="00675E84">
        <w:rPr>
          <w:rFonts w:cs="Arial"/>
          <w:color w:val="auto"/>
          <w:sz w:val="20"/>
          <w:szCs w:val="20"/>
        </w:rPr>
        <w:t>Pooblastilo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natisnite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, </w:t>
      </w:r>
      <w:proofErr w:type="spellStart"/>
      <w:r w:rsidRPr="00675E84">
        <w:rPr>
          <w:rFonts w:cs="Arial"/>
          <w:color w:val="auto"/>
          <w:sz w:val="20"/>
          <w:szCs w:val="20"/>
        </w:rPr>
        <w:t>ročno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izpolnite</w:t>
      </w:r>
      <w:proofErr w:type="spellEnd"/>
      <w:r w:rsidR="00B47A9B" w:rsidRPr="00675E84">
        <w:rPr>
          <w:rFonts w:cs="Arial"/>
          <w:color w:val="auto"/>
          <w:sz w:val="20"/>
          <w:szCs w:val="20"/>
        </w:rPr>
        <w:t xml:space="preserve">, </w:t>
      </w:r>
      <w:proofErr w:type="spellStart"/>
      <w:r w:rsidRPr="00675E84">
        <w:rPr>
          <w:rFonts w:cs="Arial"/>
          <w:color w:val="auto"/>
          <w:sz w:val="20"/>
          <w:szCs w:val="20"/>
        </w:rPr>
        <w:t>podpišite</w:t>
      </w:r>
      <w:proofErr w:type="spellEnd"/>
      <w:r w:rsidR="00B47A9B" w:rsidRPr="00675E84">
        <w:rPr>
          <w:rFonts w:cs="Arial"/>
          <w:color w:val="auto"/>
          <w:sz w:val="20"/>
          <w:szCs w:val="20"/>
        </w:rPr>
        <w:t xml:space="preserve"> in </w:t>
      </w:r>
      <w:proofErr w:type="spellStart"/>
      <w:r w:rsidR="00B47A9B" w:rsidRPr="00675E84">
        <w:rPr>
          <w:rFonts w:cs="Arial"/>
          <w:color w:val="auto"/>
          <w:sz w:val="20"/>
          <w:szCs w:val="20"/>
        </w:rPr>
        <w:t>pošljite</w:t>
      </w:r>
      <w:proofErr w:type="spellEnd"/>
      <w:r w:rsidR="00B47A9B"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na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naš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naslov</w:t>
      </w:r>
      <w:proofErr w:type="spellEnd"/>
      <w:r w:rsidRPr="00675E84">
        <w:rPr>
          <w:rFonts w:cs="Arial"/>
          <w:color w:val="auto"/>
          <w:sz w:val="20"/>
          <w:szCs w:val="20"/>
        </w:rPr>
        <w:t>:</w:t>
      </w:r>
      <w:r w:rsidR="00B47A9B" w:rsidRPr="00675E84">
        <w:rPr>
          <w:rFonts w:cs="Arial"/>
          <w:color w:val="auto"/>
          <w:sz w:val="20"/>
          <w:szCs w:val="20"/>
        </w:rPr>
        <w:t xml:space="preserve"> </w:t>
      </w:r>
      <w:r w:rsidRPr="00675E84">
        <w:rPr>
          <w:rFonts w:cs="Arial"/>
          <w:color w:val="auto"/>
          <w:sz w:val="20"/>
          <w:szCs w:val="20"/>
        </w:rPr>
        <w:t xml:space="preserve">Slovenska karitas, </w:t>
      </w:r>
      <w:proofErr w:type="spellStart"/>
      <w:r w:rsidRPr="00675E84">
        <w:rPr>
          <w:rFonts w:cs="Arial"/>
          <w:color w:val="auto"/>
          <w:sz w:val="20"/>
          <w:szCs w:val="20"/>
        </w:rPr>
        <w:t>Kristanova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ulica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1, 1000 Ljubljana.</w:t>
      </w:r>
    </w:p>
    <w:sectPr w:rsidR="00133B7A" w:rsidRPr="00675E84" w:rsidSect="00034616">
      <w:pgSz w:w="11909" w:h="16834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FFF20E5"/>
    <w:multiLevelType w:val="hybridMultilevel"/>
    <w:tmpl w:val="F0E082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33B7A"/>
    <w:rsid w:val="0015074B"/>
    <w:rsid w:val="0029639D"/>
    <w:rsid w:val="00326F90"/>
    <w:rsid w:val="006174D9"/>
    <w:rsid w:val="00675E84"/>
    <w:rsid w:val="009A480B"/>
    <w:rsid w:val="00AA1D8D"/>
    <w:rsid w:val="00B47730"/>
    <w:rsid w:val="00B47A9B"/>
    <w:rsid w:val="00CB0664"/>
    <w:rsid w:val="00E41121"/>
    <w:rsid w:val="00ED06CB"/>
    <w:rsid w:val="00EF1A0F"/>
    <w:rsid w:val="00FB3C8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C693F"/>
    <w:rPr>
      <w:rFonts w:ascii="Arial" w:hAnsi="Arial"/>
      <w:color w:val="333333"/>
      <w:sz w:val="21"/>
    </w:rPr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A8201A"/>
      <w:sz w:val="32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A8201A"/>
      <w:sz w:val="24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povezava">
    <w:name w:val="Hyperlink"/>
    <w:basedOn w:val="Privzetapisavaodstavka"/>
    <w:uiPriority w:val="99"/>
    <w:unhideWhenUsed/>
    <w:rsid w:val="00B47A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C693F"/>
    <w:rPr>
      <w:rFonts w:ascii="Arial" w:hAnsi="Arial"/>
      <w:color w:val="333333"/>
      <w:sz w:val="21"/>
    </w:rPr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A8201A"/>
      <w:sz w:val="32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A8201A"/>
      <w:sz w:val="24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povezava">
    <w:name w:val="Hyperlink"/>
    <w:basedOn w:val="Privzetapisavaodstavka"/>
    <w:uiPriority w:val="99"/>
    <w:unhideWhenUsed/>
    <w:rsid w:val="00B47A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karitas.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15536C-648B-433B-8B73-BDF133C3F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2019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Jana</cp:lastModifiedBy>
  <cp:revision>3</cp:revision>
  <dcterms:created xsi:type="dcterms:W3CDTF">2026-08-26T11:22:00Z</dcterms:created>
  <dcterms:modified xsi:type="dcterms:W3CDTF">2026-08-27T13:33:00Z</dcterms:modified>
  <cp:category/>
</cp:coreProperties>
</file>